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841B2" w14:textId="49CEA01D" w:rsidR="0048298C" w:rsidRDefault="0048298C" w:rsidP="0048298C">
      <w:pPr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                                                                               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PATVIRTINTA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br/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                                                                              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Vilniaus r. Kyviškių pagrindinės mokyklos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direktoriaus </w:t>
      </w:r>
    </w:p>
    <w:p w14:paraId="7D93ABDD" w14:textId="69CF11E5" w:rsidR="00502445" w:rsidRPr="00F26D38" w:rsidRDefault="0048298C" w:rsidP="0048298C">
      <w:pPr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Theme="majorBidi" w:hAnsiTheme="majorBidi" w:cstheme="majorBidi"/>
          <w:sz w:val="24"/>
          <w:szCs w:val="24"/>
          <w:lang w:val="lt-LT"/>
        </w:rPr>
        <w:t xml:space="preserve">                                                                               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202</w:t>
      </w:r>
      <w:r w:rsidR="00BF3550">
        <w:rPr>
          <w:rFonts w:asciiTheme="majorBidi" w:hAnsiTheme="majorBidi" w:cstheme="majorBidi"/>
          <w:sz w:val="24"/>
          <w:szCs w:val="24"/>
          <w:lang w:val="lt-LT"/>
        </w:rPr>
        <w:t>4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m. rugsėjo 18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d.</w:t>
      </w:r>
      <w:r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įsakymu Nr. </w:t>
      </w:r>
      <w:r>
        <w:rPr>
          <w:rFonts w:asciiTheme="majorBidi" w:hAnsiTheme="majorBidi" w:cstheme="majorBidi"/>
          <w:sz w:val="24"/>
          <w:szCs w:val="24"/>
          <w:lang w:val="lt-LT"/>
        </w:rPr>
        <w:t>V-49</w:t>
      </w:r>
      <w:bookmarkStart w:id="0" w:name="_GoBack"/>
      <w:bookmarkEnd w:id="0"/>
    </w:p>
    <w:p w14:paraId="026056F0" w14:textId="77777777" w:rsidR="004E5F89" w:rsidRPr="00F26D38" w:rsidRDefault="004E5F89" w:rsidP="004E5F89">
      <w:pPr>
        <w:ind w:left="5529"/>
        <w:rPr>
          <w:rFonts w:asciiTheme="majorBidi" w:hAnsiTheme="majorBidi" w:cstheme="majorBidi"/>
          <w:sz w:val="24"/>
          <w:szCs w:val="24"/>
          <w:lang w:val="lt-LT"/>
        </w:rPr>
      </w:pPr>
    </w:p>
    <w:p w14:paraId="25352B35" w14:textId="77777777" w:rsidR="00502445" w:rsidRPr="00F26D38" w:rsidRDefault="0048298C" w:rsidP="004E5F8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VILNIAUS R. KYVIŠKIŲ PAGRINDINĖS MOKYKLOS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NEFORMALIOJO VAIKŲ ŠVIETIMO ORGANIZAVIMO TVARKOS APRAŠAS</w:t>
      </w:r>
    </w:p>
    <w:p w14:paraId="03C7641A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I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BENDROSIOS NUOSTATOS</w:t>
      </w:r>
    </w:p>
    <w:p w14:paraId="05DB6ABA" w14:textId="739BEB7A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1. Vilniaus r.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Kyviškių pagrindinės mokyklos neformaliojo vaikų švietimo organizavimo tvarkos aprašas (toliau – Aprašas) reglamentuoja neformaliojo vaikų švietimo (toliau – NVŠ) organizavimo mokykloje tikslą, uždavinius, principus, programų rengimą ir tvirtinimą, mokini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ų priėmimą, veiklos organizavimą, prieinamumą, kokybės užtikrinimą, įsivertinimą ir atsakomybę.</w:t>
      </w:r>
    </w:p>
    <w:p w14:paraId="0B7DD4B6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2. Aprašas parengtas vadovaujantis Lietuvos Respublikos švietimo įstatymu, Neformaliojo vaikų švietimo koncepcija, patvirtinta Lietuvos Respublikos švietimo ir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mokslo ministro 2005 m. gruodžio 30 d. įsakymu Nr. ISAK-2695 (Lietuvos Respublikos švietimo, mokslo ir sporto ministro 2023 m. liepos 31 d. įsakymo Nr. V-1030 redakcija)</w:t>
      </w:r>
      <w:r w:rsidR="004E5F89" w:rsidRPr="00F26D38">
        <w:rPr>
          <w:rFonts w:asciiTheme="majorBidi" w:hAnsiTheme="majorBidi" w:cstheme="majorBidi"/>
          <w:sz w:val="24"/>
          <w:szCs w:val="24"/>
          <w:lang w:val="lt-LT"/>
        </w:rPr>
        <w:t>.</w:t>
      </w:r>
    </w:p>
    <w:p w14:paraId="6582E268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3. NVŠ yra lygiavertė Lietuvos švietimo sistemos dalis. Mokykloje NVŠ organizuojamas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kaip mokinių savanoriškai pasirenkama veikla, skirta jų saviraiškai, kompetencijoms, gebėjimams ir interesams plėtoti.</w:t>
      </w:r>
    </w:p>
    <w:p w14:paraId="22D36246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4. Mokykloje vykdomas NVŠ neturi atkartoti ar dubliuoti bendrojo ugdymo programų turinio ir organizuojamas tuo metu, kai mokiniai nesimok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o pagal bendrojo ugdymo programas.</w:t>
      </w:r>
    </w:p>
    <w:p w14:paraId="633DE4B5" w14:textId="23D7A4A0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5. Šio Aprašo nuostatos taikomos Mokyklos organizuojamoms NVŠ programoms ir jų vykdytojams.</w:t>
      </w:r>
    </w:p>
    <w:p w14:paraId="587BD862" w14:textId="226DCA3C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II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NVŠ TIKSLAS, UŽDAVINIAI IR PRINCIPAI</w:t>
      </w:r>
    </w:p>
    <w:p w14:paraId="4C6610D3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6. NVŠ tikslas – padėti mokiniui per pasirinktą veiklą įgyti ir plėtoti kompetenc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ijas, pažinti save, atsakingai vertinti ir kūrybingai spręsti kylančius iššūkius, aktyviai veikti visuomenėje ir prisitaikyti prie kintančios aplinkos.</w:t>
      </w:r>
    </w:p>
    <w:p w14:paraId="2366C9F5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7. NVŠ uždaviniai:</w:t>
      </w:r>
    </w:p>
    <w:p w14:paraId="2B06E247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7.1. ugdyti mokinio kompetencijas per pasirinktą veiklą ir saviraišką;</w:t>
      </w:r>
    </w:p>
    <w:p w14:paraId="6463E5F1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7.2. lavinti k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ritinį mąstymą, kūrybiškumą, savarankiškumą, gebėjimą pasirūpinti savimi ir orientuotis dinamiškoje visuomenėje;</w:t>
      </w:r>
    </w:p>
    <w:p w14:paraId="2A9436BB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7.3. ugdyti pagarbą pasaulėžiūrų, įsitikinimų, kultūrų ir gyvenimo būdų įvairovei;</w:t>
      </w:r>
    </w:p>
    <w:p w14:paraId="20C8A2ED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7.4. padėti spręsti mokinių socialinės integracijos problema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s ir sudaryti sąlygas kiekvienam mokiniui dalyvauti pagal jo galias bei poreikius;</w:t>
      </w:r>
    </w:p>
    <w:p w14:paraId="0D1E193B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7.5. padėti mokiniui susipažinti su pasirinkta NVŠ veikla susijusiomis profesijomis ir karjeros galimybėmis.</w:t>
      </w:r>
    </w:p>
    <w:p w14:paraId="1F7893E8" w14:textId="62C07A3B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8. NVŠ organizuojamas vadovaujantis savanoriškumo, prieinamumo,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individualizavimo, demokratiškumo, patirties ir ugdymosi grupėje principais.</w:t>
      </w:r>
    </w:p>
    <w:p w14:paraId="6FCEFC5A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III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UGDOMOS KOMPETENCIJOS</w:t>
      </w:r>
    </w:p>
    <w:p w14:paraId="6E5D0776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9. NVŠ programose, atsižvelgiant į jų paskirtį ir turinį, ugdomos šios kompetencijos:</w:t>
      </w:r>
    </w:p>
    <w:p w14:paraId="04A17044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9.1. pažinimo kompetencija</w:t>
      </w:r>
      <w:r w:rsidR="004E5F89" w:rsidRPr="00F26D38">
        <w:rPr>
          <w:rFonts w:asciiTheme="majorBidi" w:hAnsiTheme="majorBidi" w:cstheme="majorBidi"/>
          <w:sz w:val="24"/>
          <w:szCs w:val="24"/>
          <w:lang w:val="lt-LT"/>
        </w:rPr>
        <w:t>;</w:t>
      </w:r>
    </w:p>
    <w:p w14:paraId="4E075D5C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lastRenderedPageBreak/>
        <w:t>9.2. komunikavimo kompetencija;</w:t>
      </w:r>
    </w:p>
    <w:p w14:paraId="520B034F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9.3. kūrybiškumo kompetencija;</w:t>
      </w:r>
    </w:p>
    <w:p w14:paraId="7ADECB19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9.4. pilietiškumo kompetencija;</w:t>
      </w:r>
    </w:p>
    <w:p w14:paraId="5DF9F082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9.5. socialinė, emocinė ir sveikos gyvensenos kompetencija;</w:t>
      </w:r>
    </w:p>
    <w:p w14:paraId="1AC183D5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9.6. kultūrinė kompetencija;</w:t>
      </w:r>
    </w:p>
    <w:p w14:paraId="1DE7BDC3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9.7. skaitmeninė kompetencija.</w:t>
      </w:r>
    </w:p>
    <w:p w14:paraId="598A508B" w14:textId="3A4C5864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10. Konkrečioje NVŠ programoje numatomos ir ugdomos tos kompetencijos,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kurios tiesiogiai siejasi su programos tikslu, uždaviniais, veiklomis ir numatomais rezultatais.</w:t>
      </w:r>
    </w:p>
    <w:p w14:paraId="2A40B99E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IV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NVŠ POREIKIO NUSTATYMAS IR PROGRAMŲ RENGIMAS</w:t>
      </w:r>
    </w:p>
    <w:p w14:paraId="336D0513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11. Mokykla kasmet tiria mokinių NVŠ poreikius ir, atsižvelgdama į mokinių interesus, amžių, ugdymosi p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oreikius, turimus žmogiškuosius ir materialinius išteklius bei Mokyklos ugdymo plano galimybes, formuoja NVŠ programų pasiūlą.</w:t>
      </w:r>
    </w:p>
    <w:p w14:paraId="199CD825" w14:textId="4560253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12. NVŠ programas gali siūlyti Mokyklos mokytojai ir kiti teisę vykdyti NVŠ veiklą turintys asmenys.</w:t>
      </w:r>
      <w:r w:rsidR="00701F8F" w:rsidRPr="00F26D38">
        <w:rPr>
          <w:rFonts w:asciiTheme="majorBidi" w:hAnsiTheme="majorBidi" w:cstheme="majorBidi"/>
          <w:sz w:val="24"/>
          <w:szCs w:val="24"/>
          <w:lang w:val="lt-LT"/>
        </w:rPr>
        <w:t xml:space="preserve"> NVŠ valandos popamokinei veiklai skiriamos būrelių vadovams pateikus veiklos programas – prašymus iki birželio 10 dienos (Priedas Nr. 1).</w:t>
      </w:r>
    </w:p>
    <w:p w14:paraId="51C965B0" w14:textId="71352784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13. NVŠ programos rengiamos pagal šio Aprašo </w:t>
      </w:r>
      <w:r w:rsidR="00373942" w:rsidRPr="00F26D38">
        <w:rPr>
          <w:rFonts w:asciiTheme="majorBidi" w:hAnsiTheme="majorBidi" w:cstheme="majorBidi"/>
          <w:sz w:val="24"/>
          <w:szCs w:val="24"/>
          <w:lang w:val="lt-LT"/>
        </w:rPr>
        <w:t>2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priede nustatytą formą.</w:t>
      </w:r>
    </w:p>
    <w:p w14:paraId="464E9191" w14:textId="342B0065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14. NVŠ programoje nurodoma: programos pavadinimas, tikslinė mokinių grupė,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planuojamas mokinių skaičius, programos apimtis, tikslas, uždaviniai, trumpas turinio aprašymas, numatomi rezultatai</w:t>
      </w:r>
      <w:r w:rsidR="004E5F89" w:rsidRPr="00F26D38">
        <w:rPr>
          <w:rFonts w:asciiTheme="majorBidi" w:hAnsiTheme="majorBidi" w:cstheme="majorBidi"/>
          <w:sz w:val="24"/>
          <w:szCs w:val="24"/>
          <w:lang w:val="lt-LT"/>
        </w:rPr>
        <w:t xml:space="preserve"> bei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teminis planas.</w:t>
      </w:r>
    </w:p>
    <w:p w14:paraId="5E3095A5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15. Parengtos NVŠ programos pateikiamos direktoriaus pavaduotojui ugdymui Mokyklos direktoriaus nustatytu terminu.</w:t>
      </w:r>
    </w:p>
    <w:p w14:paraId="1CCB6AB7" w14:textId="77777777" w:rsidR="004E5F89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16.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NVŠ programas tvirtina Mokyklos direktorius.</w:t>
      </w:r>
    </w:p>
    <w:p w14:paraId="4420C64E" w14:textId="750A076A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17. NVŠ programų valandų skaičius ir grupių skaičius nustatomas kasmet Mokyklos ugdymo plane, atsižvelgiant į mokymo lėšas, mokinių poreikius ir Mokyklos galimybes.</w:t>
      </w:r>
    </w:p>
    <w:p w14:paraId="333871F0" w14:textId="77777777" w:rsidR="004E5F89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V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NVŠ ORGANIZAVIMAS MOKYKLOJE</w:t>
      </w:r>
    </w:p>
    <w:p w14:paraId="74BD9B24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18.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Mokyklos NVŠ veiklose gali dalyvauti 1–10 klasių mokiniai.</w:t>
      </w:r>
    </w:p>
    <w:p w14:paraId="68459EF6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19. Mokiniai NVŠ programą renkasi savanoriškai. Informacija apie siūlomas programas, jų turinį, vadovus, laiką ir vietą skelbiama Mokyklos nustatytais informavimo kanalais.</w:t>
      </w:r>
    </w:p>
    <w:p w14:paraId="3890CFAD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20. Mokinių registracija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į NVŠ programas vykdoma Mokyklos direktoriaus nustatyta tvarka ir terminais.</w:t>
      </w:r>
    </w:p>
    <w:p w14:paraId="73AB212B" w14:textId="10D641D1" w:rsidR="00701F8F" w:rsidRPr="00F26D38" w:rsidRDefault="0048298C" w:rsidP="00A43334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21. Minimalus mokinių skaičius NVŠ grupėje</w:t>
      </w:r>
      <w:r w:rsidR="00A43334" w:rsidRPr="00F26D38">
        <w:rPr>
          <w:rFonts w:asciiTheme="majorBidi" w:hAnsiTheme="majorBidi" w:cstheme="majorBidi"/>
          <w:sz w:val="24"/>
          <w:szCs w:val="24"/>
          <w:lang w:val="lt-LT"/>
        </w:rPr>
        <w:t xml:space="preserve"> turi būti ne mažesnis negu Mokyklos tarybos nustatytas skaičius.</w:t>
      </w:r>
      <w:r w:rsidR="0002708A" w:rsidRPr="00F26D38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Jei grupė nesusidaro, programos vykdymas gali būti</w:t>
      </w:r>
      <w:r w:rsidR="00701F8F" w:rsidRPr="00F26D38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nepradedamas arba,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suderinus su Mokyklos administracija, mokiniams pasiūloma kita NVŠ programa.</w:t>
      </w:r>
    </w:p>
    <w:p w14:paraId="100ABC12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22. NVŠ užsiėmimų tvarkaraštį, suderintą su mokinių pamokų tvarkaraščiu ir kitomis ugdymo veiklomis, tvirtina Mokyklos direktorius.</w:t>
      </w:r>
    </w:p>
    <w:p w14:paraId="761EC846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23. NVŠ užsiėmimai vykdomi pagal patvirtintą pr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ogramą ir tvarkaraštį. Esant pagrįstam poreikiui, programos turinys ar tvarkaraštis gali būti koreguojamas suderinus su direktoriaus pavaduotoju ugdymui.</w:t>
      </w:r>
    </w:p>
    <w:p w14:paraId="76B3C942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24. NVŠ veikla ir mokinių lankomumas fiksuojami elektroniniame dienyne pagal Mokykloje nustatytus elek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troninio dienyno pildymo reikalavimus.</w:t>
      </w:r>
    </w:p>
    <w:p w14:paraId="0FC621D3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lastRenderedPageBreak/>
        <w:t>25. NVŠ programos vadovas apie užsiėmimų laiką, vietą ir jų pakeitimus laiku informuoja mokinius ir, kai reikia, jų tėvus (globėjus, rūpintojus) bei Mokyklos administraciją.</w:t>
      </w:r>
    </w:p>
    <w:p w14:paraId="276ED799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26. NVŠ programos vadovas užtikrina mokinių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saugumą užsiėmimų metu, laikosi Mokyklos vidaus tvarkos, darbuotojų saugos, sveikatos, priešgaisrinės saugos ir kitų taikomų reikalavimų.</w:t>
      </w:r>
    </w:p>
    <w:p w14:paraId="7DB7F2AB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27. NVŠ veiklos gali būti vykdomos Mokyklos patalpose, lauke, kitose edukacinėse erdvėse, išvykose, renginiuose, konk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ursuose, projektuose ir kitomis programoje numatytomis formomis, laikantis Mokykloje nustatytų saugos ir išvykų organizavimo reikalavimų.</w:t>
      </w:r>
    </w:p>
    <w:p w14:paraId="44C7E411" w14:textId="2BA746B9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28. NVŠ veiklos mokinių atostogų metu organizuojamos vadovaujantis galiojančiais teisės aktais</w:t>
      </w:r>
      <w:r w:rsidR="00BF3550">
        <w:rPr>
          <w:rFonts w:asciiTheme="majorBidi" w:hAnsiTheme="majorBidi" w:cstheme="majorBidi"/>
          <w:sz w:val="24"/>
          <w:szCs w:val="24"/>
          <w:lang w:val="lt-LT"/>
        </w:rPr>
        <w:t>.</w:t>
      </w:r>
    </w:p>
    <w:p w14:paraId="43854B8C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VI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 xml:space="preserve">NVŠ 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PRIEINAMUMAS IR MOKINIŲ ĮTRAUKTIS</w:t>
      </w:r>
    </w:p>
    <w:p w14:paraId="3688DE3D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29. Mokykla siekia, kad NVŠ būtų prieinamas visiems mokiniams, atsižvelgiant į jų amžių, gebėjimus, interesus, patirtį, socialinę padėtį ir specialiuosius ugdymosi poreikius.</w:t>
      </w:r>
    </w:p>
    <w:p w14:paraId="23A6933B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30. Specialiųjų ugdymosi poreikių turintiems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mokiniams sudaromos galimybės dalyvauti NVŠ veiklose, prireikus pritaikant veiklos būdus, priemones, aplinką, užduotis ar pagalbos formas.</w:t>
      </w:r>
    </w:p>
    <w:p w14:paraId="23DA4094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31. Formuojant NVŠ pasiūlą atsižvelgiama į mokinių poreikių tyrimo rezultatus, siekiama veiklų įvairovės ir skirtingų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 amžiaus grupių mokinių įsitraukimo.</w:t>
      </w:r>
    </w:p>
    <w:p w14:paraId="0BF8042F" w14:textId="4D392200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32. NVŠ veiklose laikomasi lygių galimybių, nediskriminavimo, pagarbos mokinio orumui ir saugios emocinės bei fizinės aplinkos principų.</w:t>
      </w:r>
    </w:p>
    <w:p w14:paraId="44C52CB5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VII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MOKINIŲ DALYVAVIMO, PAŽANGOS IR PASIEKIMŲ FIKSAVIMAS</w:t>
      </w:r>
    </w:p>
    <w:p w14:paraId="3FFB7868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33. NVŠ veikloje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mokinių pažanga ir pasiekimai vertinami formuojamuoju būdu, atsižvelgiant į programos pobūdį, mokinio individualią pažangą, aktyvumą, kūrybiškumą, gebėjimų plėtrą, bendradarbiavimą ir kitus programoje numatytus kriterijus.</w:t>
      </w:r>
    </w:p>
    <w:p w14:paraId="50C372A8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34. NVŠ programose nenaudojamas p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ažymiais grindžiamas mokinių pasiekimų vertinimas, išskyrus atvejus, kai konkrečios programos pobūdis ar kiti teisės aktai nustato kitaip.</w:t>
      </w:r>
    </w:p>
    <w:p w14:paraId="1D198CB0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35. Mokinių pasiekimai gali būti pristatomi parodose, koncertuose, varžybose, konkursuose, projektuose, mokyklos reng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iniuose, viešuose pristatymuose, kūrybinių darbų aplankuose ar kitais programai tinkamais būdais.</w:t>
      </w:r>
    </w:p>
    <w:p w14:paraId="67C7B007" w14:textId="60C5BE11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36. Programos vadovas sudaro sąlygas mokiniams reflektuoti savo veiklą, įsivertinti pažangą ir numatyti tolesnio tobulėjimo kryptis.</w:t>
      </w:r>
    </w:p>
    <w:p w14:paraId="72B8EAD6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VIII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 xml:space="preserve">NVŠ KOKYBĖS 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UŽTIKRINIMAS IR ĮSIVERTINIMAS</w:t>
      </w:r>
    </w:p>
    <w:p w14:paraId="208C89B2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37. Už Mokykloje vykdomo NVŠ kokybę atsako Mokykla.</w:t>
      </w:r>
    </w:p>
    <w:p w14:paraId="3A75F1B4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38. NVŠ kokybė užtikrinama planuojant veiklą, ją įgyvendinant, vertinant rezultatus ir numatant tobulinimo priemones.</w:t>
      </w:r>
    </w:p>
    <w:p w14:paraId="1384D2F6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39. NVŠ programų įgyvendinimą koordinuoja ir stebi direk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toriaus pavaduotojas ugdymui.</w:t>
      </w:r>
    </w:p>
    <w:p w14:paraId="5DDB1741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40. NVŠ programos vadovas mokslo metų pabaigoje pateikia veiklos ataskaitą ir įsivertinimą pagal šio Aprašo 3 priedą.</w:t>
      </w:r>
    </w:p>
    <w:p w14:paraId="0584E2D4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41. Įsivertinant NVŠ veiklą atsižvelgiama į programos tikslų ir uždavinių įgyvendinimą, mokinių dalyvavimą i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r lankomumą, mokinių pažangą, pasiektus rezultatus, mokinių poreikius ir grįžtamąjį ryšį, veiklos prieinamumą bei tobulintinus aspektus.</w:t>
      </w:r>
    </w:p>
    <w:p w14:paraId="27FE6D00" w14:textId="6A2416A0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lastRenderedPageBreak/>
        <w:t xml:space="preserve">42. NVŠ įsivertinimo rezultatai naudojami planuojant kitų mokslo metų NVŠ pasiūlą, tobulinant programas ir gerinant jų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kokybę.</w:t>
      </w:r>
    </w:p>
    <w:p w14:paraId="66A85EAE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IX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NVŠ PROGRAMOS VADOVO TEISĖS, PAREIGOS IR ATSAKOMYBĖ</w:t>
      </w:r>
    </w:p>
    <w:p w14:paraId="6451020E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43. NVŠ programos vadovas turi teisę pasirinkti programos tikslams tinkamus ugdymo metodus, priemones ir veiklos formas, teikti siūlymus dėl NVŠ organizavimo ir programos tobulinimo.</w:t>
      </w:r>
    </w:p>
    <w:p w14:paraId="73E1336C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44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. NVŠ programos vadovas privalo:</w:t>
      </w:r>
    </w:p>
    <w:p w14:paraId="599EA2E4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44.1. vykdyti patvirtintą NVŠ programą ir laikytis patvirtinto tvarkaraščio;</w:t>
      </w:r>
    </w:p>
    <w:p w14:paraId="6D568432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44.2. tvarkingai ir laiku pildyti elektroninį dienyną bei kitus privalomus veiklos dokumentus;</w:t>
      </w:r>
    </w:p>
    <w:p w14:paraId="230A15F2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44.3. stebėti mokinių lankomumą, pažangą ir įsitrau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kimą;</w:t>
      </w:r>
    </w:p>
    <w:p w14:paraId="5CB566B0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44.4. užtikrinti saugią, pagarbią ir įtraukią ugdymosi aplinką;</w:t>
      </w:r>
    </w:p>
    <w:p w14:paraId="5FEC727C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44.5. bendradarbiauti su Mokyklos administracija, mokiniais, jų tėvais (globėjais, rūpintojais) ir kitais mokytojais;</w:t>
      </w:r>
    </w:p>
    <w:p w14:paraId="14A3A5DF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44.6. mokslo metų pabaigoje įsivertinti programos įgyvendinimą ir pa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teikti veiklos ataskaitą.</w:t>
      </w:r>
    </w:p>
    <w:p w14:paraId="141533C6" w14:textId="12DF1E8C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45. NVŠ programos vadovas atsako už programos įgyvendinimo kokybę, mokinių saugumą jam patikėtų veiklų metu, teisingą veiklos ir lankomumo apskaitą bei šiame Apraše nustatytų pareigų vykdymą.</w:t>
      </w:r>
    </w:p>
    <w:p w14:paraId="0C6FF372" w14:textId="77777777" w:rsidR="00502445" w:rsidRPr="00F26D38" w:rsidRDefault="0048298C" w:rsidP="00200B3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t>X SKYRIUS</w:t>
      </w:r>
      <w:r w:rsidRPr="00F26D38">
        <w:rPr>
          <w:rFonts w:asciiTheme="majorBidi" w:hAnsiTheme="majorBidi" w:cstheme="majorBidi"/>
          <w:b/>
          <w:bCs/>
          <w:sz w:val="24"/>
          <w:szCs w:val="24"/>
          <w:lang w:val="lt-LT"/>
        </w:rPr>
        <w:br/>
        <w:t>BAIGIAMOSIOS NUOSTATOS</w:t>
      </w:r>
    </w:p>
    <w:p w14:paraId="59F29FDD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46.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Aprašą, jo pakeitimus ir papildymus tvirtina Mokyklos direktorius.</w:t>
      </w:r>
    </w:p>
    <w:p w14:paraId="08D65A30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47. Aprašas peržiūrimas pasikeitus NVŠ organizavimą reglamentuojantiems teisės aktams, Mokyklos ugdymo planui ar atsiradus poreikiui keisti Mokyklos NVŠ organizavimo praktiką.</w:t>
      </w:r>
    </w:p>
    <w:p w14:paraId="5235BD7D" w14:textId="77777777" w:rsidR="00701F8F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 xml:space="preserve">48. 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Klausimai, kurių nereglamentuoja šis Aprašas, sprendžiami vadovaujantis galiojančiais Lietuvos Respublikos teisės aktais, Mokyklos ugdymo planu ir kitais Mokyklos vidaus teisės aktais.</w:t>
      </w:r>
    </w:p>
    <w:p w14:paraId="0FB5A3D0" w14:textId="3B4B48D4" w:rsidR="00502445" w:rsidRPr="00F26D38" w:rsidRDefault="0048298C" w:rsidP="00701F8F">
      <w:pPr>
        <w:ind w:firstLine="709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t>49. Su Aprašu NVŠ programas vykdantys darbuotojai supažindinami Mokyklo</w:t>
      </w:r>
      <w:r w:rsidRPr="00F26D38">
        <w:rPr>
          <w:rFonts w:asciiTheme="majorBidi" w:hAnsiTheme="majorBidi" w:cstheme="majorBidi"/>
          <w:sz w:val="24"/>
          <w:szCs w:val="24"/>
          <w:lang w:val="lt-LT"/>
        </w:rPr>
        <w:t>je nustatyta tvarka.</w:t>
      </w:r>
    </w:p>
    <w:p w14:paraId="465A1D02" w14:textId="77777777" w:rsidR="00502445" w:rsidRPr="00F26D38" w:rsidRDefault="0048298C" w:rsidP="004E5F89">
      <w:pPr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br w:type="page"/>
      </w:r>
    </w:p>
    <w:p w14:paraId="0A17A348" w14:textId="77777777" w:rsidR="00502445" w:rsidRPr="00F26D38" w:rsidRDefault="0048298C" w:rsidP="00701F8F">
      <w:pPr>
        <w:ind w:left="6237"/>
        <w:rPr>
          <w:rFonts w:asciiTheme="majorBidi" w:hAnsiTheme="majorBidi" w:cstheme="majorBidi"/>
          <w:sz w:val="20"/>
          <w:szCs w:val="20"/>
          <w:lang w:val="lt-LT"/>
        </w:rPr>
      </w:pPr>
      <w:r w:rsidRPr="00F26D38">
        <w:rPr>
          <w:rFonts w:asciiTheme="majorBidi" w:hAnsiTheme="majorBidi" w:cstheme="majorBidi"/>
          <w:sz w:val="20"/>
          <w:szCs w:val="20"/>
          <w:lang w:val="lt-LT"/>
        </w:rPr>
        <w:lastRenderedPageBreak/>
        <w:t>Vilniaus r. Kyviškių pagrindinės mokyklos</w:t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br/>
        <w:t>neformaliojo vaikų švietimo organizavimo</w:t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br/>
        <w:t>tvarkos aprašo 1 priedas</w:t>
      </w:r>
    </w:p>
    <w:p w14:paraId="2E4E45E4" w14:textId="77777777" w:rsidR="00701F8F" w:rsidRPr="00F26D38" w:rsidRDefault="00701F8F" w:rsidP="00701F8F">
      <w:pPr>
        <w:spacing w:line="360" w:lineRule="auto"/>
        <w:jc w:val="center"/>
        <w:rPr>
          <w:b/>
          <w:lang w:val="lt-LT"/>
        </w:rPr>
      </w:pPr>
    </w:p>
    <w:p w14:paraId="6905B1CA" w14:textId="763A1BED" w:rsidR="00701F8F" w:rsidRPr="00F26D38" w:rsidRDefault="00701F8F" w:rsidP="00701F8F">
      <w:pPr>
        <w:spacing w:line="360" w:lineRule="auto"/>
        <w:jc w:val="center"/>
        <w:rPr>
          <w:b/>
          <w:sz w:val="24"/>
          <w:szCs w:val="24"/>
          <w:lang w:val="lt-LT"/>
        </w:rPr>
      </w:pPr>
      <w:r w:rsidRPr="00F26D38">
        <w:rPr>
          <w:b/>
          <w:sz w:val="24"/>
          <w:szCs w:val="24"/>
          <w:lang w:val="lt-LT"/>
        </w:rPr>
        <w:t>NEFORMALIOJO VAIKŲ ŠVIETIMO</w:t>
      </w:r>
    </w:p>
    <w:p w14:paraId="1A82918A" w14:textId="77777777" w:rsidR="00701F8F" w:rsidRPr="00F26D38" w:rsidRDefault="00701F8F" w:rsidP="00701F8F">
      <w:pPr>
        <w:spacing w:line="360" w:lineRule="auto"/>
        <w:jc w:val="center"/>
        <w:rPr>
          <w:b/>
          <w:sz w:val="24"/>
          <w:szCs w:val="24"/>
          <w:lang w:val="lt-LT"/>
        </w:rPr>
      </w:pPr>
      <w:r w:rsidRPr="00F26D38">
        <w:rPr>
          <w:b/>
          <w:sz w:val="24"/>
          <w:szCs w:val="24"/>
          <w:lang w:val="lt-LT"/>
        </w:rPr>
        <w:t>PROGRAMA - PRAŠYMAS</w:t>
      </w: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2232"/>
      </w:tblGrid>
      <w:tr w:rsidR="00701F8F" w:rsidRPr="00F26D38" w14:paraId="08B4E5B2" w14:textId="77777777" w:rsidTr="00410132">
        <w:tc>
          <w:tcPr>
            <w:tcW w:w="2448" w:type="dxa"/>
            <w:tcBorders>
              <w:top w:val="nil"/>
              <w:left w:val="nil"/>
              <w:right w:val="nil"/>
            </w:tcBorders>
          </w:tcPr>
          <w:p w14:paraId="1E1617FA" w14:textId="77777777" w:rsidR="00701F8F" w:rsidRPr="00F26D38" w:rsidRDefault="00701F8F" w:rsidP="00410132">
            <w:pPr>
              <w:tabs>
                <w:tab w:val="left" w:pos="1080"/>
                <w:tab w:val="left" w:pos="7920"/>
              </w:tabs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50A2982D" w14:textId="77777777" w:rsidR="00701F8F" w:rsidRPr="00F26D38" w:rsidRDefault="00701F8F" w:rsidP="00410132">
            <w:pPr>
              <w:tabs>
                <w:tab w:val="left" w:pos="1080"/>
                <w:tab w:val="left" w:pos="7920"/>
              </w:tabs>
              <w:rPr>
                <w:b/>
                <w:sz w:val="24"/>
                <w:szCs w:val="24"/>
                <w:lang w:val="lt-LT"/>
              </w:rPr>
            </w:pPr>
            <w:r w:rsidRPr="00F26D38">
              <w:rPr>
                <w:b/>
                <w:sz w:val="24"/>
                <w:szCs w:val="24"/>
                <w:lang w:val="lt-LT"/>
              </w:rPr>
              <w:t>mokslo metams</w:t>
            </w:r>
            <w:r w:rsidRPr="00F26D38">
              <w:rPr>
                <w:sz w:val="24"/>
                <w:szCs w:val="24"/>
                <w:lang w:val="lt-LT"/>
              </w:rPr>
              <w:t xml:space="preserve">   </w:t>
            </w:r>
          </w:p>
        </w:tc>
      </w:tr>
    </w:tbl>
    <w:p w14:paraId="1EDC8DFF" w14:textId="77777777" w:rsidR="00701F8F" w:rsidRPr="00F26D38" w:rsidRDefault="00701F8F" w:rsidP="00701F8F">
      <w:pPr>
        <w:jc w:val="center"/>
        <w:rPr>
          <w:sz w:val="16"/>
          <w:szCs w:val="16"/>
          <w:lang w:val="lt-LT"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3"/>
        <w:gridCol w:w="1311"/>
        <w:gridCol w:w="774"/>
        <w:gridCol w:w="1980"/>
        <w:gridCol w:w="360"/>
        <w:gridCol w:w="2880"/>
        <w:gridCol w:w="45"/>
      </w:tblGrid>
      <w:tr w:rsidR="00701F8F" w:rsidRPr="00F26D38" w14:paraId="080708CA" w14:textId="77777777" w:rsidTr="00410132">
        <w:trPr>
          <w:gridAfter w:val="1"/>
          <w:wAfter w:w="45" w:type="dxa"/>
          <w:trHeight w:val="257"/>
        </w:trPr>
        <w:tc>
          <w:tcPr>
            <w:tcW w:w="3474" w:type="dxa"/>
            <w:gridSpan w:val="2"/>
            <w:vAlign w:val="center"/>
          </w:tcPr>
          <w:p w14:paraId="0E40292F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  <w:r w:rsidRPr="00F26D38">
              <w:rPr>
                <w:lang w:val="lt-LT"/>
              </w:rPr>
              <w:t>Programos pavadinimas</w:t>
            </w:r>
          </w:p>
        </w:tc>
        <w:tc>
          <w:tcPr>
            <w:tcW w:w="5994" w:type="dxa"/>
            <w:gridSpan w:val="4"/>
            <w:vAlign w:val="center"/>
          </w:tcPr>
          <w:p w14:paraId="4E78B6BB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701F8F" w:rsidRPr="00F26D38" w14:paraId="4B96EE46" w14:textId="77777777" w:rsidTr="00410132">
        <w:trPr>
          <w:gridAfter w:val="1"/>
          <w:wAfter w:w="45" w:type="dxa"/>
          <w:trHeight w:val="257"/>
        </w:trPr>
        <w:tc>
          <w:tcPr>
            <w:tcW w:w="3474" w:type="dxa"/>
            <w:gridSpan w:val="2"/>
            <w:vAlign w:val="center"/>
          </w:tcPr>
          <w:p w14:paraId="10E8F398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  <w:r w:rsidRPr="00F26D38">
              <w:rPr>
                <w:lang w:val="lt-LT"/>
              </w:rPr>
              <w:t>Mokytojo vardas, pavardė</w:t>
            </w:r>
          </w:p>
        </w:tc>
        <w:tc>
          <w:tcPr>
            <w:tcW w:w="5994" w:type="dxa"/>
            <w:gridSpan w:val="4"/>
            <w:vAlign w:val="center"/>
          </w:tcPr>
          <w:p w14:paraId="53D5C943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701F8F" w:rsidRPr="00F26D38" w14:paraId="5DD64437" w14:textId="77777777" w:rsidTr="00410132">
        <w:trPr>
          <w:gridAfter w:val="1"/>
          <w:wAfter w:w="45" w:type="dxa"/>
          <w:cantSplit/>
          <w:trHeight w:val="214"/>
        </w:trPr>
        <w:tc>
          <w:tcPr>
            <w:tcW w:w="3474" w:type="dxa"/>
            <w:gridSpan w:val="2"/>
            <w:vMerge w:val="restart"/>
            <w:vAlign w:val="center"/>
          </w:tcPr>
          <w:p w14:paraId="783FD296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  <w:r w:rsidRPr="00F26D38">
              <w:rPr>
                <w:lang w:val="lt-LT"/>
              </w:rPr>
              <w:t>Planuojamas valandų skaičius</w:t>
            </w:r>
          </w:p>
        </w:tc>
        <w:tc>
          <w:tcPr>
            <w:tcW w:w="3114" w:type="dxa"/>
            <w:gridSpan w:val="3"/>
          </w:tcPr>
          <w:p w14:paraId="437EB88E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2880" w:type="dxa"/>
          </w:tcPr>
          <w:p w14:paraId="6F7B075C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701F8F" w:rsidRPr="00F26D38" w14:paraId="30C39557" w14:textId="77777777" w:rsidTr="00410132">
        <w:trPr>
          <w:gridAfter w:val="1"/>
          <w:wAfter w:w="45" w:type="dxa"/>
          <w:cantSplit/>
          <w:trHeight w:val="299"/>
        </w:trPr>
        <w:tc>
          <w:tcPr>
            <w:tcW w:w="3474" w:type="dxa"/>
            <w:gridSpan w:val="2"/>
            <w:vMerge/>
          </w:tcPr>
          <w:p w14:paraId="0003CC20" w14:textId="77777777" w:rsidR="00701F8F" w:rsidRPr="00F26D38" w:rsidRDefault="00701F8F" w:rsidP="00410132">
            <w:pPr>
              <w:rPr>
                <w:lang w:val="lt-LT"/>
              </w:rPr>
            </w:pPr>
          </w:p>
        </w:tc>
        <w:tc>
          <w:tcPr>
            <w:tcW w:w="3114" w:type="dxa"/>
            <w:gridSpan w:val="3"/>
          </w:tcPr>
          <w:p w14:paraId="2CBA8872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2880" w:type="dxa"/>
          </w:tcPr>
          <w:p w14:paraId="0B114653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701F8F" w:rsidRPr="00F26D38" w14:paraId="0AB95DD3" w14:textId="77777777" w:rsidTr="00410132">
        <w:trPr>
          <w:gridAfter w:val="1"/>
          <w:wAfter w:w="45" w:type="dxa"/>
          <w:cantSplit/>
          <w:trHeight w:val="299"/>
        </w:trPr>
        <w:tc>
          <w:tcPr>
            <w:tcW w:w="3474" w:type="dxa"/>
            <w:gridSpan w:val="2"/>
          </w:tcPr>
          <w:p w14:paraId="5A44E8C2" w14:textId="77777777" w:rsidR="00701F8F" w:rsidRPr="00F26D38" w:rsidRDefault="00701F8F" w:rsidP="00410132">
            <w:pPr>
              <w:rPr>
                <w:lang w:val="lt-LT"/>
              </w:rPr>
            </w:pPr>
            <w:r w:rsidRPr="00F26D38">
              <w:rPr>
                <w:lang w:val="lt-LT"/>
              </w:rPr>
              <w:t>Mokinių amžiaus grupė (kl.)</w:t>
            </w:r>
          </w:p>
        </w:tc>
        <w:tc>
          <w:tcPr>
            <w:tcW w:w="5994" w:type="dxa"/>
            <w:gridSpan w:val="4"/>
          </w:tcPr>
          <w:p w14:paraId="20A23AE0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701F8F" w:rsidRPr="00F26D38" w14:paraId="580D60B7" w14:textId="77777777" w:rsidTr="00410132">
        <w:trPr>
          <w:gridAfter w:val="1"/>
          <w:wAfter w:w="45" w:type="dxa"/>
          <w:cantSplit/>
          <w:trHeight w:val="299"/>
        </w:trPr>
        <w:tc>
          <w:tcPr>
            <w:tcW w:w="3474" w:type="dxa"/>
            <w:gridSpan w:val="2"/>
          </w:tcPr>
          <w:p w14:paraId="04510ED8" w14:textId="77777777" w:rsidR="00701F8F" w:rsidRPr="00F26D38" w:rsidRDefault="00701F8F" w:rsidP="00410132">
            <w:pPr>
              <w:rPr>
                <w:lang w:val="lt-LT"/>
              </w:rPr>
            </w:pPr>
            <w:r w:rsidRPr="00F26D38">
              <w:rPr>
                <w:lang w:val="lt-LT"/>
              </w:rPr>
              <w:t>Planuojamas mokinių skaičius</w:t>
            </w:r>
          </w:p>
        </w:tc>
        <w:tc>
          <w:tcPr>
            <w:tcW w:w="5994" w:type="dxa"/>
            <w:gridSpan w:val="4"/>
          </w:tcPr>
          <w:p w14:paraId="34B327DF" w14:textId="77777777" w:rsidR="00701F8F" w:rsidRPr="00F26D38" w:rsidRDefault="00701F8F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701F8F" w:rsidRPr="00F26D38" w14:paraId="5C4971E6" w14:textId="77777777" w:rsidTr="00410132">
        <w:trPr>
          <w:gridAfter w:val="1"/>
          <w:wAfter w:w="45" w:type="dxa"/>
          <w:cantSplit/>
          <w:trHeight w:val="328"/>
        </w:trPr>
        <w:tc>
          <w:tcPr>
            <w:tcW w:w="2163" w:type="dxa"/>
            <w:tcBorders>
              <w:bottom w:val="single" w:sz="4" w:space="0" w:color="auto"/>
            </w:tcBorders>
          </w:tcPr>
          <w:p w14:paraId="144429FE" w14:textId="77777777" w:rsidR="00701F8F" w:rsidRPr="00F26D38" w:rsidRDefault="00701F8F" w:rsidP="00410132">
            <w:pPr>
              <w:rPr>
                <w:lang w:val="lt-LT"/>
              </w:rPr>
            </w:pPr>
            <w:r w:rsidRPr="00F26D38">
              <w:rPr>
                <w:lang w:val="lt-LT"/>
              </w:rPr>
              <w:t xml:space="preserve">Programos tikslai </w:t>
            </w:r>
          </w:p>
        </w:tc>
        <w:tc>
          <w:tcPr>
            <w:tcW w:w="7305" w:type="dxa"/>
            <w:gridSpan w:val="5"/>
            <w:vMerge w:val="restart"/>
          </w:tcPr>
          <w:p w14:paraId="160BC320" w14:textId="77777777" w:rsidR="00701F8F" w:rsidRPr="00F26D38" w:rsidRDefault="00701F8F" w:rsidP="00410132">
            <w:pPr>
              <w:jc w:val="both"/>
              <w:rPr>
                <w:lang w:val="lt-LT"/>
              </w:rPr>
            </w:pPr>
          </w:p>
        </w:tc>
      </w:tr>
      <w:tr w:rsidR="00701F8F" w:rsidRPr="00F26D38" w14:paraId="65E67555" w14:textId="77777777" w:rsidTr="00410132">
        <w:trPr>
          <w:gridAfter w:val="1"/>
          <w:wAfter w:w="45" w:type="dxa"/>
          <w:cantSplit/>
          <w:trHeight w:val="567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36524" w14:textId="77777777" w:rsidR="00701F8F" w:rsidRPr="00F26D38" w:rsidRDefault="00701F8F" w:rsidP="00410132">
            <w:pPr>
              <w:rPr>
                <w:lang w:val="lt-LT"/>
              </w:rPr>
            </w:pPr>
          </w:p>
        </w:tc>
        <w:tc>
          <w:tcPr>
            <w:tcW w:w="7305" w:type="dxa"/>
            <w:gridSpan w:val="5"/>
            <w:vMerge/>
            <w:tcBorders>
              <w:left w:val="nil"/>
              <w:bottom w:val="single" w:sz="4" w:space="0" w:color="auto"/>
            </w:tcBorders>
          </w:tcPr>
          <w:p w14:paraId="7F6BCEB8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</w:tr>
      <w:tr w:rsidR="00701F8F" w:rsidRPr="00F26D38" w14:paraId="05CC73FC" w14:textId="77777777" w:rsidTr="00410132">
        <w:trPr>
          <w:gridAfter w:val="1"/>
          <w:wAfter w:w="45" w:type="dxa"/>
          <w:cantSplit/>
          <w:trHeight w:val="483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2DE5" w14:textId="77777777" w:rsidR="00701F8F" w:rsidRPr="00F26D38" w:rsidRDefault="00701F8F" w:rsidP="00410132">
            <w:pPr>
              <w:rPr>
                <w:lang w:val="lt-LT"/>
              </w:rPr>
            </w:pPr>
            <w:r w:rsidRPr="00F26D38">
              <w:rPr>
                <w:lang w:val="lt-LT"/>
              </w:rPr>
              <w:t>Programos uždaviniai</w:t>
            </w:r>
          </w:p>
        </w:tc>
        <w:tc>
          <w:tcPr>
            <w:tcW w:w="7305" w:type="dxa"/>
            <w:gridSpan w:val="5"/>
            <w:vMerge w:val="restart"/>
            <w:tcBorders>
              <w:left w:val="single" w:sz="4" w:space="0" w:color="auto"/>
            </w:tcBorders>
          </w:tcPr>
          <w:p w14:paraId="345D993C" w14:textId="77777777" w:rsidR="00701F8F" w:rsidRPr="00F26D38" w:rsidRDefault="00701F8F" w:rsidP="00701F8F">
            <w:pPr>
              <w:numPr>
                <w:ilvl w:val="0"/>
                <w:numId w:val="10"/>
              </w:numPr>
              <w:spacing w:after="0"/>
              <w:rPr>
                <w:lang w:val="lt-LT"/>
              </w:rPr>
            </w:pPr>
          </w:p>
        </w:tc>
      </w:tr>
      <w:tr w:rsidR="00701F8F" w:rsidRPr="00F26D38" w14:paraId="199A66A8" w14:textId="77777777" w:rsidTr="00410132">
        <w:trPr>
          <w:gridAfter w:val="1"/>
          <w:wAfter w:w="45" w:type="dxa"/>
          <w:cantSplit/>
          <w:trHeight w:val="679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A2E37" w14:textId="77777777" w:rsidR="00701F8F" w:rsidRPr="00F26D38" w:rsidRDefault="00701F8F" w:rsidP="00410132">
            <w:pPr>
              <w:rPr>
                <w:lang w:val="lt-LT"/>
              </w:rPr>
            </w:pPr>
          </w:p>
        </w:tc>
        <w:tc>
          <w:tcPr>
            <w:tcW w:w="7305" w:type="dxa"/>
            <w:gridSpan w:val="5"/>
            <w:vMerge/>
            <w:tcBorders>
              <w:left w:val="nil"/>
            </w:tcBorders>
          </w:tcPr>
          <w:p w14:paraId="431BB924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</w:tr>
      <w:tr w:rsidR="00701F8F" w:rsidRPr="00F26D38" w14:paraId="47AEA34D" w14:textId="77777777" w:rsidTr="00410132">
        <w:trPr>
          <w:gridAfter w:val="1"/>
          <w:wAfter w:w="45" w:type="dxa"/>
          <w:cantSplit/>
          <w:trHeight w:val="599"/>
        </w:trPr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</w:tcPr>
          <w:p w14:paraId="536106EF" w14:textId="77777777" w:rsidR="00701F8F" w:rsidRPr="00F26D38" w:rsidRDefault="00701F8F" w:rsidP="00410132">
            <w:pPr>
              <w:rPr>
                <w:lang w:val="lt-LT"/>
              </w:rPr>
            </w:pPr>
            <w:r w:rsidRPr="00F26D38">
              <w:rPr>
                <w:lang w:val="lt-LT"/>
              </w:rPr>
              <w:t>Trumpas programos aprašymas</w:t>
            </w:r>
          </w:p>
        </w:tc>
        <w:tc>
          <w:tcPr>
            <w:tcW w:w="7305" w:type="dxa"/>
            <w:gridSpan w:val="5"/>
            <w:vMerge w:val="restart"/>
          </w:tcPr>
          <w:p w14:paraId="4C53D8BD" w14:textId="77777777" w:rsidR="00701F8F" w:rsidRPr="00F26D38" w:rsidRDefault="00701F8F" w:rsidP="00410132">
            <w:pPr>
              <w:jc w:val="both"/>
              <w:rPr>
                <w:lang w:val="lt-LT"/>
              </w:rPr>
            </w:pPr>
          </w:p>
        </w:tc>
      </w:tr>
      <w:tr w:rsidR="00701F8F" w:rsidRPr="00F26D38" w14:paraId="0DD56EDC" w14:textId="77777777" w:rsidTr="00410132">
        <w:trPr>
          <w:gridAfter w:val="1"/>
          <w:wAfter w:w="45" w:type="dxa"/>
          <w:cantSplit/>
          <w:trHeight w:val="577"/>
        </w:trPr>
        <w:tc>
          <w:tcPr>
            <w:tcW w:w="2163" w:type="dxa"/>
            <w:tcBorders>
              <w:top w:val="single" w:sz="4" w:space="0" w:color="auto"/>
              <w:right w:val="nil"/>
            </w:tcBorders>
          </w:tcPr>
          <w:p w14:paraId="11BB963F" w14:textId="77777777" w:rsidR="00701F8F" w:rsidRPr="00F26D38" w:rsidRDefault="00701F8F" w:rsidP="00410132">
            <w:pPr>
              <w:rPr>
                <w:lang w:val="lt-LT"/>
              </w:rPr>
            </w:pPr>
          </w:p>
        </w:tc>
        <w:tc>
          <w:tcPr>
            <w:tcW w:w="7305" w:type="dxa"/>
            <w:gridSpan w:val="5"/>
            <w:vMerge/>
            <w:tcBorders>
              <w:left w:val="nil"/>
            </w:tcBorders>
          </w:tcPr>
          <w:p w14:paraId="647F971F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</w:tr>
      <w:tr w:rsidR="00701F8F" w:rsidRPr="00F26D38" w14:paraId="56BD1646" w14:textId="77777777" w:rsidTr="00410132">
        <w:trPr>
          <w:gridAfter w:val="1"/>
          <w:wAfter w:w="45" w:type="dxa"/>
          <w:cantSplit/>
          <w:trHeight w:val="800"/>
        </w:trPr>
        <w:tc>
          <w:tcPr>
            <w:tcW w:w="2163" w:type="dxa"/>
            <w:vMerge w:val="restart"/>
          </w:tcPr>
          <w:p w14:paraId="500AA54B" w14:textId="77777777" w:rsidR="00701F8F" w:rsidRPr="00F26D38" w:rsidRDefault="00701F8F" w:rsidP="00410132">
            <w:pPr>
              <w:rPr>
                <w:lang w:val="lt-LT"/>
              </w:rPr>
            </w:pPr>
            <w:r w:rsidRPr="00F26D38">
              <w:rPr>
                <w:lang w:val="lt-LT"/>
              </w:rPr>
              <w:t>Programoje numatyti Jūsų organizuojami renginiai arba dalyvavimas kitų švietimo įstaigų organizuojamuose renginiuose (konkursuose, parodose, varžybose, vakaronėse)</w:t>
            </w:r>
          </w:p>
        </w:tc>
        <w:tc>
          <w:tcPr>
            <w:tcW w:w="7305" w:type="dxa"/>
            <w:gridSpan w:val="5"/>
            <w:tcBorders>
              <w:bottom w:val="single" w:sz="4" w:space="0" w:color="auto"/>
            </w:tcBorders>
            <w:vAlign w:val="center"/>
          </w:tcPr>
          <w:p w14:paraId="43741100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</w:tr>
      <w:tr w:rsidR="00701F8F" w:rsidRPr="00F26D38" w14:paraId="13D3DF92" w14:textId="77777777" w:rsidTr="00410132">
        <w:trPr>
          <w:gridAfter w:val="1"/>
          <w:wAfter w:w="45" w:type="dxa"/>
          <w:cantSplit/>
          <w:trHeight w:val="398"/>
        </w:trPr>
        <w:tc>
          <w:tcPr>
            <w:tcW w:w="2163" w:type="dxa"/>
            <w:vMerge/>
          </w:tcPr>
          <w:p w14:paraId="2F0C5D23" w14:textId="77777777" w:rsidR="00701F8F" w:rsidRPr="00F26D38" w:rsidRDefault="00701F8F" w:rsidP="00410132">
            <w:pPr>
              <w:rPr>
                <w:lang w:val="lt-LT"/>
              </w:rPr>
            </w:pPr>
          </w:p>
        </w:tc>
        <w:tc>
          <w:tcPr>
            <w:tcW w:w="7305" w:type="dxa"/>
            <w:gridSpan w:val="5"/>
            <w:vAlign w:val="center"/>
          </w:tcPr>
          <w:p w14:paraId="085DDC2A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</w:tr>
      <w:tr w:rsidR="00701F8F" w:rsidRPr="00F26D38" w14:paraId="263D0310" w14:textId="77777777" w:rsidTr="00410132">
        <w:trPr>
          <w:gridAfter w:val="1"/>
          <w:wAfter w:w="45" w:type="dxa"/>
          <w:cantSplit/>
          <w:trHeight w:val="351"/>
        </w:trPr>
        <w:tc>
          <w:tcPr>
            <w:tcW w:w="2163" w:type="dxa"/>
            <w:vMerge/>
          </w:tcPr>
          <w:p w14:paraId="4234B33D" w14:textId="77777777" w:rsidR="00701F8F" w:rsidRPr="00F26D38" w:rsidRDefault="00701F8F" w:rsidP="00410132">
            <w:pPr>
              <w:rPr>
                <w:lang w:val="lt-LT"/>
              </w:rPr>
            </w:pPr>
          </w:p>
        </w:tc>
        <w:tc>
          <w:tcPr>
            <w:tcW w:w="7305" w:type="dxa"/>
            <w:gridSpan w:val="5"/>
            <w:vAlign w:val="center"/>
          </w:tcPr>
          <w:p w14:paraId="7ACD04C5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</w:tr>
      <w:tr w:rsidR="00701F8F" w:rsidRPr="00F26D38" w14:paraId="591C477B" w14:textId="77777777" w:rsidTr="00410132">
        <w:trPr>
          <w:gridAfter w:val="1"/>
          <w:wAfter w:w="45" w:type="dxa"/>
          <w:cantSplit/>
          <w:trHeight w:val="369"/>
        </w:trPr>
        <w:tc>
          <w:tcPr>
            <w:tcW w:w="2163" w:type="dxa"/>
            <w:vMerge/>
          </w:tcPr>
          <w:p w14:paraId="0DAB3C48" w14:textId="77777777" w:rsidR="00701F8F" w:rsidRPr="00F26D38" w:rsidRDefault="00701F8F" w:rsidP="00410132">
            <w:pPr>
              <w:rPr>
                <w:lang w:val="lt-LT"/>
              </w:rPr>
            </w:pPr>
          </w:p>
        </w:tc>
        <w:tc>
          <w:tcPr>
            <w:tcW w:w="7305" w:type="dxa"/>
            <w:gridSpan w:val="5"/>
            <w:vAlign w:val="center"/>
          </w:tcPr>
          <w:p w14:paraId="7D3443DC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</w:tr>
      <w:tr w:rsidR="00701F8F" w:rsidRPr="00F26D38" w14:paraId="3C51C46A" w14:textId="77777777" w:rsidTr="00410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48" w:type="dxa"/>
            <w:gridSpan w:val="3"/>
            <w:tcBorders>
              <w:bottom w:val="single" w:sz="4" w:space="0" w:color="auto"/>
            </w:tcBorders>
          </w:tcPr>
          <w:p w14:paraId="2CEF1D91" w14:textId="77777777" w:rsidR="00701F8F" w:rsidRPr="00F26D38" w:rsidRDefault="00701F8F" w:rsidP="00410132">
            <w:pPr>
              <w:jc w:val="both"/>
              <w:rPr>
                <w:lang w:val="lt-LT"/>
              </w:rPr>
            </w:pPr>
          </w:p>
          <w:p w14:paraId="6C4DFC05" w14:textId="77777777" w:rsidR="00701F8F" w:rsidRPr="00F26D38" w:rsidRDefault="00701F8F" w:rsidP="00410132">
            <w:pPr>
              <w:jc w:val="center"/>
              <w:rPr>
                <w:lang w:val="lt-LT"/>
              </w:rPr>
            </w:pPr>
          </w:p>
        </w:tc>
        <w:tc>
          <w:tcPr>
            <w:tcW w:w="1980" w:type="dxa"/>
          </w:tcPr>
          <w:p w14:paraId="06CA3C70" w14:textId="77777777" w:rsidR="00701F8F" w:rsidRPr="00F26D38" w:rsidRDefault="00701F8F" w:rsidP="00410132">
            <w:pPr>
              <w:jc w:val="both"/>
              <w:rPr>
                <w:lang w:val="lt-LT"/>
              </w:rPr>
            </w:pPr>
          </w:p>
        </w:tc>
        <w:tc>
          <w:tcPr>
            <w:tcW w:w="3285" w:type="dxa"/>
            <w:gridSpan w:val="3"/>
            <w:tcBorders>
              <w:bottom w:val="single" w:sz="4" w:space="0" w:color="auto"/>
            </w:tcBorders>
          </w:tcPr>
          <w:p w14:paraId="177D4877" w14:textId="77777777" w:rsidR="00701F8F" w:rsidRPr="00F26D38" w:rsidRDefault="00701F8F" w:rsidP="00410132">
            <w:pPr>
              <w:jc w:val="both"/>
              <w:rPr>
                <w:lang w:val="lt-LT"/>
              </w:rPr>
            </w:pPr>
          </w:p>
        </w:tc>
      </w:tr>
    </w:tbl>
    <w:p w14:paraId="27E8DF6A" w14:textId="77777777" w:rsidR="00701F8F" w:rsidRPr="00F26D38" w:rsidRDefault="00701F8F" w:rsidP="00701F8F">
      <w:pPr>
        <w:jc w:val="both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           (Vardas, pavardė)</w:t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  <w:t xml:space="preserve">                        (parašas)</w:t>
      </w:r>
    </w:p>
    <w:p w14:paraId="2BCFB53C" w14:textId="77777777" w:rsidR="00701F8F" w:rsidRPr="00F26D38" w:rsidRDefault="00701F8F" w:rsidP="00701F8F">
      <w:pPr>
        <w:jc w:val="both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  <w:t xml:space="preserve">                                   </w:t>
      </w:r>
      <w:r w:rsidRPr="00F26D38">
        <w:rPr>
          <w:sz w:val="18"/>
          <w:szCs w:val="18"/>
          <w:lang w:val="lt-L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</w:tblGrid>
      <w:tr w:rsidR="00701F8F" w:rsidRPr="00F26D38" w14:paraId="757BA783" w14:textId="77777777" w:rsidTr="00410132"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5A687C76" w14:textId="77777777" w:rsidR="00701F8F" w:rsidRPr="00F26D38" w:rsidRDefault="00701F8F" w:rsidP="00410132">
            <w:pPr>
              <w:rPr>
                <w:sz w:val="18"/>
                <w:szCs w:val="18"/>
                <w:lang w:val="lt-LT"/>
              </w:rPr>
            </w:pPr>
          </w:p>
        </w:tc>
      </w:tr>
    </w:tbl>
    <w:p w14:paraId="23D634F8" w14:textId="77777777" w:rsidR="00701F8F" w:rsidRPr="00F26D38" w:rsidRDefault="00701F8F" w:rsidP="00701F8F">
      <w:pPr>
        <w:ind w:left="540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      (data)</w:t>
      </w:r>
    </w:p>
    <w:p w14:paraId="6BBAC29E" w14:textId="77777777" w:rsidR="00701F8F" w:rsidRPr="00F26D38" w:rsidRDefault="00701F8F" w:rsidP="00701F8F">
      <w:pPr>
        <w:tabs>
          <w:tab w:val="left" w:pos="9540"/>
        </w:tabs>
        <w:ind w:left="1296" w:firstLine="1296"/>
        <w:jc w:val="center"/>
        <w:rPr>
          <w:lang w:val="lt-LT"/>
        </w:rPr>
      </w:pPr>
    </w:p>
    <w:p w14:paraId="35176CC7" w14:textId="22E16F4B" w:rsidR="00502445" w:rsidRPr="00F26D38" w:rsidRDefault="0048298C" w:rsidP="00373942">
      <w:pPr>
        <w:ind w:left="6237"/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br w:type="page"/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lastRenderedPageBreak/>
        <w:t xml:space="preserve">Vilniaus r. Kyviškių </w:t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t>pagrindinės mokyklos</w:t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br/>
        <w:t>neformaliojo vaikų švietimo organizavimo</w:t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br/>
        <w:t>tvarkos aprašo 2 priedas</w:t>
      </w:r>
    </w:p>
    <w:p w14:paraId="547E2E26" w14:textId="77777777" w:rsidR="00373942" w:rsidRPr="00F26D38" w:rsidRDefault="00373942" w:rsidP="00373942">
      <w:pPr>
        <w:ind w:left="6237"/>
        <w:rPr>
          <w:rFonts w:asciiTheme="majorBidi" w:hAnsiTheme="majorBidi" w:cstheme="majorBidi"/>
          <w:sz w:val="20"/>
          <w:szCs w:val="20"/>
          <w:lang w:val="lt-LT"/>
        </w:rPr>
      </w:pPr>
    </w:p>
    <w:p w14:paraId="42C4C738" w14:textId="77777777" w:rsidR="00373942" w:rsidRPr="00F26D38" w:rsidRDefault="00373942" w:rsidP="00373942">
      <w:pPr>
        <w:rPr>
          <w:b/>
          <w:lang w:val="lt-LT"/>
        </w:rPr>
      </w:pPr>
    </w:p>
    <w:p w14:paraId="121B7BB3" w14:textId="77777777" w:rsidR="00373942" w:rsidRPr="00F26D38" w:rsidRDefault="00373942" w:rsidP="00373942">
      <w:pPr>
        <w:jc w:val="center"/>
        <w:rPr>
          <w:b/>
          <w:sz w:val="28"/>
          <w:szCs w:val="28"/>
          <w:lang w:val="lt-LT"/>
        </w:rPr>
      </w:pPr>
      <w:r w:rsidRPr="00F26D38">
        <w:rPr>
          <w:b/>
          <w:sz w:val="28"/>
          <w:szCs w:val="28"/>
          <w:lang w:val="lt-LT"/>
        </w:rPr>
        <w:t>VILNIAUS R. KYVIŠKIŲ PAGRINDINĖ  MOKYKLA</w:t>
      </w:r>
    </w:p>
    <w:p w14:paraId="43653906" w14:textId="77777777" w:rsidR="00373942" w:rsidRPr="00F26D38" w:rsidRDefault="00373942" w:rsidP="00373942">
      <w:pPr>
        <w:jc w:val="center"/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373942" w:rsidRPr="00F26D38" w14:paraId="27F83D06" w14:textId="77777777" w:rsidTr="00410132">
        <w:tc>
          <w:tcPr>
            <w:tcW w:w="9854" w:type="dxa"/>
            <w:tcBorders>
              <w:top w:val="nil"/>
              <w:left w:val="nil"/>
              <w:right w:val="nil"/>
            </w:tcBorders>
          </w:tcPr>
          <w:p w14:paraId="1D498176" w14:textId="77777777" w:rsidR="00373942" w:rsidRPr="00F26D38" w:rsidRDefault="00373942" w:rsidP="00410132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</w:tr>
    </w:tbl>
    <w:p w14:paraId="7949C8A6" w14:textId="77777777" w:rsidR="00373942" w:rsidRPr="00F26D38" w:rsidRDefault="00373942" w:rsidP="00373942">
      <w:pPr>
        <w:jc w:val="center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                     (Neformaliojo vaikų švietimo būrelio  pavadinimas)</w:t>
      </w:r>
    </w:p>
    <w:p w14:paraId="1EA36E5C" w14:textId="77777777" w:rsidR="00373942" w:rsidRPr="00F26D38" w:rsidRDefault="00373942" w:rsidP="00373942">
      <w:pPr>
        <w:jc w:val="center"/>
        <w:rPr>
          <w:sz w:val="18"/>
          <w:szCs w:val="18"/>
          <w:lang w:val="lt-LT"/>
        </w:rPr>
      </w:pPr>
    </w:p>
    <w:p w14:paraId="7ECD822E" w14:textId="77777777" w:rsidR="00373942" w:rsidRPr="00F26D38" w:rsidRDefault="00373942" w:rsidP="00373942">
      <w:pPr>
        <w:jc w:val="center"/>
        <w:rPr>
          <w:b/>
          <w:sz w:val="28"/>
          <w:szCs w:val="28"/>
          <w:lang w:val="lt-LT"/>
        </w:rPr>
      </w:pPr>
      <w:r w:rsidRPr="00F26D38">
        <w:rPr>
          <w:b/>
          <w:sz w:val="28"/>
          <w:szCs w:val="28"/>
          <w:lang w:val="lt-LT"/>
        </w:rPr>
        <w:t>PROGRAMA</w:t>
      </w:r>
    </w:p>
    <w:p w14:paraId="2D0818D8" w14:textId="77777777" w:rsidR="00373942" w:rsidRPr="00F26D38" w:rsidRDefault="00373942" w:rsidP="00373942">
      <w:pPr>
        <w:jc w:val="center"/>
        <w:rPr>
          <w:b/>
          <w:sz w:val="28"/>
          <w:szCs w:val="28"/>
          <w:lang w:val="lt-LT"/>
        </w:rPr>
      </w:pPr>
    </w:p>
    <w:p w14:paraId="2AADF34E" w14:textId="77777777" w:rsidR="00373942" w:rsidRPr="00F26D38" w:rsidRDefault="00373942" w:rsidP="00373942">
      <w:pPr>
        <w:tabs>
          <w:tab w:val="left" w:pos="9540"/>
        </w:tabs>
        <w:ind w:left="1296" w:firstLine="1296"/>
        <w:jc w:val="right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927"/>
      </w:tblGrid>
      <w:tr w:rsidR="00373942" w:rsidRPr="00F26D38" w14:paraId="585A2D54" w14:textId="77777777" w:rsidTr="00410132">
        <w:tc>
          <w:tcPr>
            <w:tcW w:w="2448" w:type="dxa"/>
            <w:tcBorders>
              <w:top w:val="nil"/>
              <w:left w:val="nil"/>
              <w:right w:val="nil"/>
            </w:tcBorders>
          </w:tcPr>
          <w:p w14:paraId="6E5BD332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jc w:val="center"/>
              <w:rPr>
                <w:b/>
                <w:lang w:val="lt-LT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3C21987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b/>
                <w:sz w:val="28"/>
                <w:szCs w:val="28"/>
                <w:lang w:val="lt-LT"/>
              </w:rPr>
            </w:pPr>
            <w:r w:rsidRPr="00F26D38">
              <w:rPr>
                <w:b/>
                <w:sz w:val="28"/>
                <w:szCs w:val="28"/>
                <w:lang w:val="lt-LT"/>
              </w:rPr>
              <w:t>mokslo metai</w:t>
            </w:r>
            <w:r w:rsidRPr="00F26D38">
              <w:rPr>
                <w:sz w:val="28"/>
                <w:szCs w:val="28"/>
                <w:lang w:val="lt-LT"/>
              </w:rPr>
              <w:t xml:space="preserve">    </w:t>
            </w:r>
          </w:p>
        </w:tc>
      </w:tr>
    </w:tbl>
    <w:p w14:paraId="1689CED4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  <w:r w:rsidRPr="00F26D38">
        <w:rPr>
          <w:lang w:val="lt-LT"/>
        </w:rPr>
        <w:t xml:space="preserve">   </w:t>
      </w:r>
    </w:p>
    <w:p w14:paraId="3FD0504A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7308"/>
      </w:tblGrid>
      <w:tr w:rsidR="00373942" w:rsidRPr="00F26D38" w14:paraId="06CD466D" w14:textId="77777777" w:rsidTr="00410132">
        <w:tc>
          <w:tcPr>
            <w:tcW w:w="7308" w:type="dxa"/>
          </w:tcPr>
          <w:p w14:paraId="35A50658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sz w:val="28"/>
                <w:szCs w:val="28"/>
                <w:lang w:val="lt-LT"/>
              </w:rPr>
            </w:pPr>
          </w:p>
          <w:p w14:paraId="16F1212F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sz w:val="28"/>
                <w:szCs w:val="28"/>
                <w:lang w:val="lt-LT"/>
              </w:rPr>
            </w:pPr>
          </w:p>
          <w:p w14:paraId="3B92B8EE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jc w:val="center"/>
              <w:rPr>
                <w:sz w:val="28"/>
                <w:szCs w:val="28"/>
                <w:lang w:val="lt-LT"/>
              </w:rPr>
            </w:pPr>
          </w:p>
        </w:tc>
      </w:tr>
    </w:tbl>
    <w:p w14:paraId="0C136D69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  <w:r w:rsidRPr="00F26D38">
        <w:rPr>
          <w:lang w:val="lt-LT"/>
        </w:rPr>
        <w:t xml:space="preserve">                                    (Mokytojo vardas ir pavardė)</w:t>
      </w:r>
    </w:p>
    <w:p w14:paraId="60591641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  <w:r w:rsidRPr="00F26D38">
        <w:rPr>
          <w:lang w:val="lt-LT"/>
        </w:rPr>
        <w:t xml:space="preserve"> </w:t>
      </w:r>
    </w:p>
    <w:p w14:paraId="54B7B5E5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</w:p>
    <w:p w14:paraId="26C9FCD1" w14:textId="77777777" w:rsidR="00373942" w:rsidRPr="00F26D38" w:rsidRDefault="00373942" w:rsidP="00373942">
      <w:pPr>
        <w:tabs>
          <w:tab w:val="left" w:pos="1080"/>
          <w:tab w:val="left" w:pos="7920"/>
        </w:tabs>
        <w:rPr>
          <w:sz w:val="18"/>
          <w:szCs w:val="18"/>
          <w:lang w:val="lt-LT"/>
        </w:rPr>
      </w:pPr>
    </w:p>
    <w:p w14:paraId="2DF4A39C" w14:textId="77777777" w:rsidR="00373942" w:rsidRPr="00F26D38" w:rsidRDefault="00373942" w:rsidP="00373942">
      <w:pPr>
        <w:tabs>
          <w:tab w:val="left" w:pos="1080"/>
          <w:tab w:val="left" w:pos="7920"/>
        </w:tabs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ab/>
      </w:r>
    </w:p>
    <w:p w14:paraId="1D356EAB" w14:textId="77777777" w:rsidR="00373942" w:rsidRPr="00F26D38" w:rsidRDefault="00373942" w:rsidP="00373942">
      <w:pPr>
        <w:tabs>
          <w:tab w:val="left" w:pos="1080"/>
          <w:tab w:val="left" w:pos="7920"/>
        </w:tabs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927"/>
      </w:tblGrid>
      <w:tr w:rsidR="00373942" w:rsidRPr="00F26D38" w14:paraId="5E8BE374" w14:textId="77777777" w:rsidTr="00410132">
        <w:tc>
          <w:tcPr>
            <w:tcW w:w="2448" w:type="dxa"/>
            <w:tcBorders>
              <w:top w:val="nil"/>
              <w:left w:val="nil"/>
              <w:right w:val="nil"/>
            </w:tcBorders>
          </w:tcPr>
          <w:p w14:paraId="25E3452E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AE1ABE3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sz w:val="28"/>
                <w:szCs w:val="28"/>
                <w:lang w:val="lt-LT"/>
              </w:rPr>
            </w:pPr>
            <w:r w:rsidRPr="00F26D38">
              <w:rPr>
                <w:b/>
                <w:sz w:val="28"/>
                <w:szCs w:val="28"/>
                <w:lang w:val="lt-LT"/>
              </w:rPr>
              <w:t>klasė</w:t>
            </w:r>
          </w:p>
        </w:tc>
      </w:tr>
    </w:tbl>
    <w:p w14:paraId="37A1B7A0" w14:textId="77777777" w:rsidR="00373942" w:rsidRPr="00F26D38" w:rsidRDefault="00373942" w:rsidP="00373942">
      <w:pPr>
        <w:tabs>
          <w:tab w:val="left" w:pos="1080"/>
          <w:tab w:val="left" w:pos="7920"/>
        </w:tabs>
        <w:rPr>
          <w:b/>
          <w:lang w:val="lt-LT"/>
        </w:rPr>
      </w:pPr>
    </w:p>
    <w:p w14:paraId="520E50D6" w14:textId="77777777" w:rsidR="00373942" w:rsidRPr="00F26D38" w:rsidRDefault="00373942" w:rsidP="00373942">
      <w:pPr>
        <w:tabs>
          <w:tab w:val="left" w:pos="1080"/>
          <w:tab w:val="left" w:pos="7920"/>
        </w:tabs>
        <w:rPr>
          <w:b/>
          <w:lang w:val="lt-LT"/>
        </w:rPr>
      </w:pPr>
      <w:r w:rsidRPr="00F26D38">
        <w:rPr>
          <w:b/>
          <w:lang w:val="lt-LT"/>
        </w:rPr>
        <w:tab/>
      </w:r>
    </w:p>
    <w:p w14:paraId="0A40082C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</w:p>
    <w:p w14:paraId="55863F13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</w:p>
    <w:p w14:paraId="1A2E937F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</w:p>
    <w:p w14:paraId="07DD2F94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</w:p>
    <w:p w14:paraId="4B76FC55" w14:textId="77777777" w:rsidR="00373942" w:rsidRPr="00F26D38" w:rsidRDefault="00373942" w:rsidP="00373942">
      <w:pPr>
        <w:tabs>
          <w:tab w:val="left" w:pos="1080"/>
          <w:tab w:val="left" w:pos="7920"/>
        </w:tabs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927"/>
      </w:tblGrid>
      <w:tr w:rsidR="00373942" w:rsidRPr="00F26D38" w14:paraId="599C46B5" w14:textId="77777777" w:rsidTr="00410132">
        <w:tc>
          <w:tcPr>
            <w:tcW w:w="2448" w:type="dxa"/>
            <w:tcBorders>
              <w:top w:val="nil"/>
              <w:left w:val="nil"/>
              <w:right w:val="nil"/>
            </w:tcBorders>
          </w:tcPr>
          <w:p w14:paraId="2EBB323B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lang w:val="lt-LT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E82C3BE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sz w:val="28"/>
                <w:szCs w:val="28"/>
                <w:lang w:val="lt-LT"/>
              </w:rPr>
            </w:pPr>
            <w:r w:rsidRPr="00F26D38">
              <w:rPr>
                <w:b/>
                <w:sz w:val="28"/>
                <w:szCs w:val="28"/>
                <w:lang w:val="lt-LT"/>
              </w:rPr>
              <w:t>savaitinių valandų skaičius</w:t>
            </w:r>
          </w:p>
        </w:tc>
      </w:tr>
      <w:tr w:rsidR="00373942" w:rsidRPr="00F26D38" w14:paraId="69DA52FB" w14:textId="77777777" w:rsidTr="00410132">
        <w:tc>
          <w:tcPr>
            <w:tcW w:w="2448" w:type="dxa"/>
            <w:tcBorders>
              <w:left w:val="nil"/>
              <w:right w:val="nil"/>
            </w:tcBorders>
          </w:tcPr>
          <w:p w14:paraId="5B51832A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lang w:val="lt-LT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121D44C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sz w:val="28"/>
                <w:szCs w:val="28"/>
                <w:lang w:val="lt-LT"/>
              </w:rPr>
            </w:pPr>
            <w:r w:rsidRPr="00F26D38">
              <w:rPr>
                <w:b/>
                <w:sz w:val="28"/>
                <w:szCs w:val="28"/>
                <w:lang w:val="lt-LT"/>
              </w:rPr>
              <w:t>moksleivių skaičius</w:t>
            </w:r>
          </w:p>
        </w:tc>
      </w:tr>
      <w:tr w:rsidR="00373942" w:rsidRPr="00F26D38" w14:paraId="441CAA5E" w14:textId="77777777" w:rsidTr="00410132">
        <w:tc>
          <w:tcPr>
            <w:tcW w:w="2448" w:type="dxa"/>
            <w:tcBorders>
              <w:left w:val="nil"/>
              <w:bottom w:val="single" w:sz="4" w:space="0" w:color="auto"/>
              <w:right w:val="nil"/>
            </w:tcBorders>
          </w:tcPr>
          <w:p w14:paraId="77AE4C2F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lang w:val="lt-LT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4ADA194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sz w:val="28"/>
                <w:szCs w:val="28"/>
                <w:lang w:val="lt-LT"/>
              </w:rPr>
            </w:pPr>
            <w:r w:rsidRPr="00F26D38">
              <w:rPr>
                <w:b/>
                <w:sz w:val="28"/>
                <w:szCs w:val="28"/>
                <w:lang w:val="lt-LT"/>
              </w:rPr>
              <w:t xml:space="preserve">vieta </w:t>
            </w:r>
            <w:r w:rsidRPr="00F26D38">
              <w:rPr>
                <w:lang w:val="lt-LT"/>
              </w:rPr>
              <w:t>(kabinetas, salė ir kt.)</w:t>
            </w:r>
            <w:r w:rsidRPr="00F26D38">
              <w:rPr>
                <w:sz w:val="28"/>
                <w:szCs w:val="28"/>
                <w:lang w:val="lt-LT"/>
              </w:rPr>
              <w:t xml:space="preserve"> </w:t>
            </w:r>
          </w:p>
        </w:tc>
      </w:tr>
      <w:tr w:rsidR="00373942" w:rsidRPr="00F26D38" w14:paraId="6E9A3AB6" w14:textId="77777777" w:rsidTr="00410132">
        <w:tc>
          <w:tcPr>
            <w:tcW w:w="2448" w:type="dxa"/>
            <w:tcBorders>
              <w:left w:val="nil"/>
              <w:bottom w:val="single" w:sz="4" w:space="0" w:color="auto"/>
              <w:right w:val="nil"/>
            </w:tcBorders>
          </w:tcPr>
          <w:p w14:paraId="1AC0BEE1" w14:textId="77777777" w:rsidR="00373942" w:rsidRPr="00F26D38" w:rsidRDefault="00373942" w:rsidP="00410132">
            <w:pPr>
              <w:tabs>
                <w:tab w:val="left" w:pos="1080"/>
                <w:tab w:val="left" w:pos="7920"/>
              </w:tabs>
              <w:rPr>
                <w:lang w:val="lt-LT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F677256" w14:textId="77777777" w:rsidR="00373942" w:rsidRPr="00F26D38" w:rsidRDefault="00373942" w:rsidP="00410132">
            <w:pPr>
              <w:rPr>
                <w:b/>
                <w:sz w:val="28"/>
                <w:szCs w:val="28"/>
                <w:lang w:val="lt-LT"/>
              </w:rPr>
            </w:pPr>
            <w:r w:rsidRPr="00F26D38">
              <w:rPr>
                <w:b/>
                <w:sz w:val="28"/>
                <w:szCs w:val="28"/>
                <w:lang w:val="lt-LT"/>
              </w:rPr>
              <w:t>laikas</w:t>
            </w:r>
          </w:p>
        </w:tc>
      </w:tr>
    </w:tbl>
    <w:p w14:paraId="7EA13094" w14:textId="4D91FDE0" w:rsidR="00373942" w:rsidRPr="00F26D38" w:rsidRDefault="00373942" w:rsidP="00373942">
      <w:pPr>
        <w:rPr>
          <w:b/>
          <w:lang w:val="lt-LT"/>
        </w:rPr>
      </w:pPr>
      <w:r w:rsidRPr="00F26D38">
        <w:rPr>
          <w:b/>
          <w:lang w:val="lt-LT"/>
        </w:rPr>
        <w:br w:type="page"/>
      </w:r>
      <w:r w:rsidRPr="00F26D38">
        <w:rPr>
          <w:b/>
          <w:lang w:val="lt-LT"/>
        </w:rPr>
        <w:lastRenderedPageBreak/>
        <w:t>ĮVADINĖ DALIS</w:t>
      </w:r>
    </w:p>
    <w:p w14:paraId="08D18BEA" w14:textId="77777777" w:rsidR="00373942" w:rsidRPr="00F26D38" w:rsidRDefault="00373942" w:rsidP="00373942">
      <w:pPr>
        <w:rPr>
          <w:lang w:val="lt-LT"/>
        </w:rPr>
      </w:pPr>
      <w:r w:rsidRPr="00F26D38">
        <w:rPr>
          <w:lang w:val="lt-LT"/>
        </w:rPr>
        <w:t>(trumpas programos aprašymas, situacijos analizė)</w:t>
      </w:r>
    </w:p>
    <w:p w14:paraId="69F14415" w14:textId="77777777" w:rsidR="00373942" w:rsidRPr="00F26D38" w:rsidRDefault="00373942" w:rsidP="00373942">
      <w:pPr>
        <w:jc w:val="both"/>
        <w:rPr>
          <w:b/>
          <w:lang w:val="lt-LT"/>
        </w:rPr>
      </w:pPr>
      <w:r w:rsidRPr="00F26D38">
        <w:rPr>
          <w:b/>
          <w:lang w:val="lt-LT"/>
        </w:rPr>
        <w:tab/>
      </w:r>
    </w:p>
    <w:p w14:paraId="67CDBCAF" w14:textId="77777777" w:rsidR="00373942" w:rsidRPr="00F26D38" w:rsidRDefault="00373942" w:rsidP="00373942">
      <w:pPr>
        <w:spacing w:line="360" w:lineRule="auto"/>
        <w:jc w:val="both"/>
        <w:rPr>
          <w:b/>
          <w:lang w:val="lt-LT"/>
        </w:rPr>
      </w:pPr>
      <w:r w:rsidRPr="00F26D38">
        <w:rPr>
          <w:b/>
          <w:lang w:val="lt-LT"/>
        </w:rPr>
        <w:t>PROGRAMOS TIKSLAS.</w:t>
      </w:r>
    </w:p>
    <w:p w14:paraId="5ACC645B" w14:textId="77777777" w:rsidR="00373942" w:rsidRPr="00F26D38" w:rsidRDefault="00373942" w:rsidP="00373942">
      <w:pPr>
        <w:rPr>
          <w:b/>
          <w:lang w:val="lt-LT"/>
        </w:rPr>
      </w:pPr>
    </w:p>
    <w:p w14:paraId="6E32EEA4" w14:textId="77777777" w:rsidR="00373942" w:rsidRPr="00F26D38" w:rsidRDefault="00373942" w:rsidP="00373942">
      <w:pPr>
        <w:rPr>
          <w:b/>
          <w:lang w:val="lt-LT"/>
        </w:rPr>
      </w:pPr>
    </w:p>
    <w:p w14:paraId="32FA05E3" w14:textId="77777777" w:rsidR="00373942" w:rsidRPr="00F26D38" w:rsidRDefault="00373942" w:rsidP="00373942">
      <w:pPr>
        <w:spacing w:line="360" w:lineRule="auto"/>
        <w:rPr>
          <w:b/>
          <w:lang w:val="lt-LT"/>
        </w:rPr>
      </w:pPr>
      <w:r w:rsidRPr="00F26D38">
        <w:rPr>
          <w:b/>
          <w:lang w:val="lt-LT"/>
        </w:rPr>
        <w:t>PROGRAMOS UŽDAVINIAI:</w:t>
      </w:r>
    </w:p>
    <w:p w14:paraId="3CC09621" w14:textId="77777777" w:rsidR="00373942" w:rsidRPr="00F26D38" w:rsidRDefault="00373942" w:rsidP="00373942">
      <w:pPr>
        <w:rPr>
          <w:b/>
          <w:lang w:val="lt-LT"/>
        </w:rPr>
      </w:pPr>
    </w:p>
    <w:p w14:paraId="434C4076" w14:textId="77777777" w:rsidR="00373942" w:rsidRPr="00F26D38" w:rsidRDefault="00373942" w:rsidP="00373942">
      <w:pPr>
        <w:spacing w:line="360" w:lineRule="auto"/>
        <w:rPr>
          <w:b/>
          <w:lang w:val="lt-LT"/>
        </w:rPr>
      </w:pPr>
      <w:r w:rsidRPr="00F26D38">
        <w:rPr>
          <w:b/>
          <w:lang w:val="lt-LT"/>
        </w:rPr>
        <w:t>NUMATOMI REZULTATAI:</w:t>
      </w:r>
    </w:p>
    <w:p w14:paraId="5F51CBDA" w14:textId="77777777" w:rsidR="00373942" w:rsidRPr="00F26D38" w:rsidRDefault="00373942" w:rsidP="00373942">
      <w:pPr>
        <w:numPr>
          <w:ilvl w:val="0"/>
          <w:numId w:val="11"/>
        </w:numPr>
        <w:spacing w:after="0" w:line="360" w:lineRule="auto"/>
        <w:rPr>
          <w:i/>
          <w:lang w:val="lt-LT"/>
        </w:rPr>
      </w:pPr>
      <w:r w:rsidRPr="00F26D38">
        <w:rPr>
          <w:i/>
          <w:sz w:val="28"/>
          <w:szCs w:val="28"/>
          <w:lang w:val="lt-LT"/>
        </w:rPr>
        <w:t>Dalyvavimas</w:t>
      </w:r>
      <w:r w:rsidRPr="00F26D38">
        <w:rPr>
          <w:i/>
          <w:lang w:val="lt-LT"/>
        </w:rPr>
        <w:t xml:space="preserve"> (mokyklos ir kitų švietimo įstaigų organizuojamuose renginiuose, konkursuose ir pan.). </w:t>
      </w:r>
    </w:p>
    <w:p w14:paraId="600653FE" w14:textId="77777777" w:rsidR="00373942" w:rsidRPr="00F26D38" w:rsidRDefault="00373942" w:rsidP="00373942">
      <w:pPr>
        <w:rPr>
          <w:i/>
          <w:lang w:val="lt-LT"/>
        </w:rPr>
      </w:pPr>
    </w:p>
    <w:p w14:paraId="6DD12364" w14:textId="77777777" w:rsidR="00373942" w:rsidRPr="00F26D38" w:rsidRDefault="00373942" w:rsidP="00373942">
      <w:pPr>
        <w:numPr>
          <w:ilvl w:val="0"/>
          <w:numId w:val="12"/>
        </w:numPr>
        <w:spacing w:after="0"/>
        <w:rPr>
          <w:i/>
          <w:lang w:val="lt-LT"/>
        </w:rPr>
      </w:pPr>
      <w:r w:rsidRPr="00F26D38">
        <w:rPr>
          <w:i/>
          <w:sz w:val="28"/>
          <w:szCs w:val="28"/>
          <w:lang w:val="lt-LT"/>
        </w:rPr>
        <w:t>Organizavimas (</w:t>
      </w:r>
      <w:r w:rsidRPr="00F26D38">
        <w:rPr>
          <w:i/>
          <w:lang w:val="lt-LT"/>
        </w:rPr>
        <w:t>renginių, parodų, vakaronių ir pan.)</w:t>
      </w:r>
    </w:p>
    <w:p w14:paraId="0B47B7A8" w14:textId="77777777" w:rsidR="00373942" w:rsidRPr="00F26D38" w:rsidRDefault="00373942" w:rsidP="00373942">
      <w:pPr>
        <w:rPr>
          <w:i/>
          <w:lang w:val="lt-LT"/>
        </w:rPr>
      </w:pPr>
    </w:p>
    <w:p w14:paraId="595D531D" w14:textId="77777777" w:rsidR="00373942" w:rsidRPr="00F26D38" w:rsidRDefault="00373942" w:rsidP="00373942">
      <w:pPr>
        <w:rPr>
          <w:i/>
          <w:lang w:val="lt-LT"/>
        </w:rPr>
      </w:pPr>
    </w:p>
    <w:p w14:paraId="6C4A6A61" w14:textId="77777777" w:rsidR="00373942" w:rsidRPr="00F26D38" w:rsidRDefault="00373942" w:rsidP="00373942">
      <w:pPr>
        <w:rPr>
          <w:i/>
          <w:lang w:val="lt-LT"/>
        </w:rPr>
      </w:pPr>
    </w:p>
    <w:p w14:paraId="7DE00C30" w14:textId="77777777" w:rsidR="00373942" w:rsidRPr="00F26D38" w:rsidRDefault="00373942" w:rsidP="00373942">
      <w:pPr>
        <w:rPr>
          <w:i/>
          <w:lang w:val="lt-LT"/>
        </w:rPr>
      </w:pPr>
    </w:p>
    <w:p w14:paraId="17407E82" w14:textId="77777777" w:rsidR="00373942" w:rsidRPr="00F26D38" w:rsidRDefault="00373942" w:rsidP="00373942">
      <w:pPr>
        <w:rPr>
          <w:i/>
          <w:lang w:val="lt-LT"/>
        </w:rPr>
      </w:pPr>
    </w:p>
    <w:p w14:paraId="2041F873" w14:textId="77777777" w:rsidR="00373942" w:rsidRPr="00F26D38" w:rsidRDefault="00373942" w:rsidP="00373942">
      <w:pPr>
        <w:rPr>
          <w:i/>
          <w:lang w:val="lt-LT"/>
        </w:rPr>
      </w:pPr>
    </w:p>
    <w:p w14:paraId="48142626" w14:textId="77777777" w:rsidR="00373942" w:rsidRPr="00F26D38" w:rsidRDefault="00373942" w:rsidP="00373942">
      <w:pPr>
        <w:rPr>
          <w:i/>
          <w:lang w:val="lt-LT"/>
        </w:rPr>
      </w:pPr>
    </w:p>
    <w:p w14:paraId="48086748" w14:textId="77777777" w:rsidR="00373942" w:rsidRPr="00F26D38" w:rsidRDefault="00373942" w:rsidP="00373942">
      <w:pPr>
        <w:rPr>
          <w:i/>
          <w:lang w:val="lt-LT"/>
        </w:rPr>
      </w:pPr>
    </w:p>
    <w:p w14:paraId="056F0914" w14:textId="77777777" w:rsidR="00373942" w:rsidRPr="00F26D38" w:rsidRDefault="00373942" w:rsidP="00373942">
      <w:pPr>
        <w:rPr>
          <w:i/>
          <w:lang w:val="lt-LT"/>
        </w:rPr>
      </w:pPr>
    </w:p>
    <w:p w14:paraId="0FBC0887" w14:textId="77777777" w:rsidR="00373942" w:rsidRPr="00F26D38" w:rsidRDefault="00373942" w:rsidP="00373942">
      <w:pPr>
        <w:rPr>
          <w:i/>
          <w:lang w:val="lt-LT"/>
        </w:rPr>
      </w:pPr>
    </w:p>
    <w:p w14:paraId="3B9FE8BA" w14:textId="77777777" w:rsidR="00373942" w:rsidRPr="00F26D38" w:rsidRDefault="00373942" w:rsidP="00373942">
      <w:pPr>
        <w:rPr>
          <w:i/>
          <w:lang w:val="lt-LT"/>
        </w:rPr>
      </w:pPr>
    </w:p>
    <w:p w14:paraId="00AFFE91" w14:textId="77777777" w:rsidR="00373942" w:rsidRPr="00F26D38" w:rsidRDefault="00373942" w:rsidP="00373942">
      <w:pPr>
        <w:rPr>
          <w:i/>
          <w:lang w:val="lt-LT"/>
        </w:rPr>
      </w:pPr>
    </w:p>
    <w:p w14:paraId="7AC5AFBA" w14:textId="77777777" w:rsidR="00373942" w:rsidRPr="00F26D38" w:rsidRDefault="00373942" w:rsidP="00373942">
      <w:pPr>
        <w:rPr>
          <w:i/>
          <w:lang w:val="lt-LT"/>
        </w:rPr>
      </w:pPr>
    </w:p>
    <w:p w14:paraId="0CF3757A" w14:textId="77777777" w:rsidR="00373942" w:rsidRPr="00F26D38" w:rsidRDefault="00373942" w:rsidP="00373942">
      <w:pPr>
        <w:rPr>
          <w:i/>
          <w:lang w:val="lt-LT"/>
        </w:rPr>
      </w:pPr>
    </w:p>
    <w:p w14:paraId="4014485A" w14:textId="77777777" w:rsidR="00373942" w:rsidRPr="00F26D38" w:rsidRDefault="00373942" w:rsidP="00373942">
      <w:pPr>
        <w:rPr>
          <w:i/>
          <w:lang w:val="lt-LT"/>
        </w:rPr>
      </w:pPr>
    </w:p>
    <w:p w14:paraId="65288DD1" w14:textId="77777777" w:rsidR="00373942" w:rsidRPr="00F26D38" w:rsidRDefault="00373942" w:rsidP="00373942">
      <w:pPr>
        <w:rPr>
          <w:i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</w:tblGrid>
      <w:tr w:rsidR="00373942" w:rsidRPr="00F26D38" w14:paraId="1D5E6D23" w14:textId="77777777" w:rsidTr="00410132"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5FD5850F" w14:textId="77777777" w:rsidR="00373942" w:rsidRPr="00F26D38" w:rsidRDefault="00373942" w:rsidP="00410132">
            <w:pPr>
              <w:rPr>
                <w:i/>
                <w:lang w:val="lt-LT"/>
              </w:rPr>
            </w:pPr>
          </w:p>
        </w:tc>
      </w:tr>
    </w:tbl>
    <w:p w14:paraId="4A8DA5A4" w14:textId="77777777" w:rsidR="00373942" w:rsidRPr="00F26D38" w:rsidRDefault="00373942" w:rsidP="00373942">
      <w:pPr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           (Pedagogo parašas)         </w:t>
      </w:r>
    </w:p>
    <w:p w14:paraId="37185AD2" w14:textId="77777777" w:rsidR="00373942" w:rsidRPr="00F26D38" w:rsidRDefault="00373942" w:rsidP="00373942">
      <w:pPr>
        <w:ind w:left="1290"/>
        <w:rPr>
          <w:sz w:val="18"/>
          <w:szCs w:val="18"/>
          <w:lang w:val="lt-LT"/>
        </w:rPr>
      </w:pPr>
    </w:p>
    <w:p w14:paraId="3C6106C0" w14:textId="77777777" w:rsidR="00373942" w:rsidRPr="00F26D38" w:rsidRDefault="00373942" w:rsidP="00373942">
      <w:pPr>
        <w:ind w:left="1290"/>
        <w:rPr>
          <w:sz w:val="18"/>
          <w:szCs w:val="18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</w:tblGrid>
      <w:tr w:rsidR="00373942" w:rsidRPr="00F26D38" w14:paraId="2B4CA1F5" w14:textId="77777777" w:rsidTr="00410132"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714CD322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</w:tbl>
    <w:p w14:paraId="35EE0F58" w14:textId="77777777" w:rsidR="00373942" w:rsidRPr="00F26D38" w:rsidRDefault="00373942" w:rsidP="00373942">
      <w:pPr>
        <w:ind w:left="540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(data)</w:t>
      </w:r>
    </w:p>
    <w:p w14:paraId="08CF668F" w14:textId="77777777" w:rsidR="00373942" w:rsidRPr="00F26D38" w:rsidRDefault="00373942" w:rsidP="00373942">
      <w:pPr>
        <w:ind w:left="1290"/>
        <w:rPr>
          <w:lang w:val="lt-LT"/>
        </w:rPr>
      </w:pPr>
    </w:p>
    <w:p w14:paraId="179E2949" w14:textId="77777777" w:rsidR="00373942" w:rsidRPr="00F26D38" w:rsidRDefault="00373942" w:rsidP="00373942">
      <w:pPr>
        <w:ind w:left="1290"/>
        <w:rPr>
          <w:lang w:val="lt-LT"/>
        </w:rPr>
      </w:pPr>
    </w:p>
    <w:p w14:paraId="29A284E0" w14:textId="77777777" w:rsidR="00373942" w:rsidRPr="00F26D38" w:rsidRDefault="00373942" w:rsidP="00373942">
      <w:pPr>
        <w:ind w:left="1290"/>
        <w:rPr>
          <w:lang w:val="lt-LT"/>
        </w:rPr>
      </w:pPr>
    </w:p>
    <w:p w14:paraId="5AD0576C" w14:textId="77777777" w:rsidR="00373942" w:rsidRPr="00F26D38" w:rsidRDefault="00373942" w:rsidP="00373942">
      <w:pPr>
        <w:ind w:left="-180"/>
        <w:rPr>
          <w:b/>
          <w:lang w:val="lt-LT"/>
        </w:rPr>
      </w:pPr>
      <w:r w:rsidRPr="00F26D38">
        <w:rPr>
          <w:b/>
          <w:lang w:val="lt-LT"/>
        </w:rPr>
        <w:t>PRIDEDAMA:</w:t>
      </w:r>
    </w:p>
    <w:p w14:paraId="05B6A01B" w14:textId="77777777" w:rsidR="00373942" w:rsidRPr="00F26D38" w:rsidRDefault="00373942" w:rsidP="00373942">
      <w:pPr>
        <w:ind w:left="-180"/>
        <w:rPr>
          <w:lang w:val="lt-LT"/>
        </w:rPr>
      </w:pPr>
    </w:p>
    <w:p w14:paraId="4A28E56E" w14:textId="4744214A" w:rsidR="00373942" w:rsidRPr="00F26D38" w:rsidRDefault="00373942" w:rsidP="00373942">
      <w:pPr>
        <w:ind w:left="-180"/>
        <w:rPr>
          <w:lang w:val="lt-LT"/>
        </w:rPr>
      </w:pPr>
      <w:r w:rsidRPr="00F26D38">
        <w:rPr>
          <w:lang w:val="lt-LT"/>
        </w:rPr>
        <w:t>Teminis kalendorinis planas (X lapai)</w:t>
      </w:r>
    </w:p>
    <w:p w14:paraId="1DF67A97" w14:textId="77777777" w:rsidR="00373942" w:rsidRPr="00F26D38" w:rsidRDefault="00373942" w:rsidP="00373942">
      <w:pPr>
        <w:rPr>
          <w:lang w:val="lt-LT"/>
        </w:rPr>
      </w:pPr>
      <w:r w:rsidRPr="00F26D38">
        <w:rPr>
          <w:lang w:val="lt-LT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373942" w:rsidRPr="00F26D38" w14:paraId="3B0750A7" w14:textId="77777777" w:rsidTr="00410132">
        <w:tc>
          <w:tcPr>
            <w:tcW w:w="9854" w:type="dxa"/>
            <w:tcBorders>
              <w:top w:val="nil"/>
              <w:left w:val="nil"/>
              <w:right w:val="nil"/>
            </w:tcBorders>
          </w:tcPr>
          <w:p w14:paraId="13C9AD3A" w14:textId="1BBDEEA0" w:rsidR="00373942" w:rsidRPr="00F26D38" w:rsidRDefault="00373942" w:rsidP="00373942">
            <w:pPr>
              <w:rPr>
                <w:b/>
                <w:sz w:val="28"/>
                <w:szCs w:val="28"/>
                <w:lang w:val="lt-LT"/>
              </w:rPr>
            </w:pPr>
          </w:p>
        </w:tc>
      </w:tr>
    </w:tbl>
    <w:p w14:paraId="22ADF48E" w14:textId="77777777" w:rsidR="00373942" w:rsidRPr="00F26D38" w:rsidRDefault="00373942" w:rsidP="00373942">
      <w:pPr>
        <w:jc w:val="center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                     (Neformaliojo vaikų švietimo būrelio  pavadinimas)</w:t>
      </w:r>
    </w:p>
    <w:p w14:paraId="068BB5EB" w14:textId="77777777" w:rsidR="00373942" w:rsidRPr="00F26D38" w:rsidRDefault="00373942" w:rsidP="00373942">
      <w:pPr>
        <w:jc w:val="center"/>
        <w:rPr>
          <w:sz w:val="18"/>
          <w:szCs w:val="18"/>
          <w:lang w:val="lt-LT"/>
        </w:rPr>
      </w:pPr>
    </w:p>
    <w:p w14:paraId="38CEB30A" w14:textId="77777777" w:rsidR="00373942" w:rsidRPr="00F26D38" w:rsidRDefault="00373942" w:rsidP="00373942">
      <w:pPr>
        <w:ind w:left="1290"/>
        <w:jc w:val="center"/>
        <w:rPr>
          <w:sz w:val="18"/>
          <w:szCs w:val="18"/>
          <w:lang w:val="lt-LT"/>
        </w:rPr>
      </w:pPr>
    </w:p>
    <w:p w14:paraId="6CB76916" w14:textId="77777777" w:rsidR="00373942" w:rsidRPr="00F26D38" w:rsidRDefault="00373942" w:rsidP="00373942">
      <w:pPr>
        <w:jc w:val="center"/>
        <w:rPr>
          <w:b/>
          <w:lang w:val="lt-LT"/>
        </w:rPr>
      </w:pPr>
      <w:r w:rsidRPr="00F26D38">
        <w:rPr>
          <w:b/>
          <w:lang w:val="lt-LT"/>
        </w:rPr>
        <w:t>TEMINIS PLANAS</w:t>
      </w:r>
    </w:p>
    <w:p w14:paraId="534764C1" w14:textId="77777777" w:rsidR="00373942" w:rsidRPr="00F26D38" w:rsidRDefault="00373942" w:rsidP="00373942">
      <w:pPr>
        <w:ind w:left="1290"/>
        <w:jc w:val="center"/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6494"/>
        <w:gridCol w:w="1894"/>
      </w:tblGrid>
      <w:tr w:rsidR="00373942" w:rsidRPr="00F26D38" w14:paraId="02737F79" w14:textId="77777777" w:rsidTr="00410132">
        <w:tc>
          <w:tcPr>
            <w:tcW w:w="1466" w:type="dxa"/>
          </w:tcPr>
          <w:p w14:paraId="74F13260" w14:textId="77777777" w:rsidR="00373942" w:rsidRPr="00F26D38" w:rsidRDefault="00373942" w:rsidP="00410132">
            <w:pPr>
              <w:jc w:val="center"/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Mėnuo, savaitė</w:t>
            </w:r>
          </w:p>
        </w:tc>
        <w:tc>
          <w:tcPr>
            <w:tcW w:w="6494" w:type="dxa"/>
          </w:tcPr>
          <w:p w14:paraId="64268D26" w14:textId="77777777" w:rsidR="00373942" w:rsidRPr="00F26D38" w:rsidRDefault="00373942" w:rsidP="00410132">
            <w:pPr>
              <w:jc w:val="center"/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Tema</w:t>
            </w:r>
          </w:p>
        </w:tc>
        <w:tc>
          <w:tcPr>
            <w:tcW w:w="1894" w:type="dxa"/>
          </w:tcPr>
          <w:p w14:paraId="3601E9CF" w14:textId="77777777" w:rsidR="00373942" w:rsidRPr="00F26D38" w:rsidRDefault="00373942" w:rsidP="00410132">
            <w:pPr>
              <w:ind w:left="61" w:hanging="61"/>
              <w:jc w:val="center"/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Val.</w:t>
            </w:r>
          </w:p>
        </w:tc>
      </w:tr>
      <w:tr w:rsidR="00373942" w:rsidRPr="00F26D38" w14:paraId="3E295525" w14:textId="77777777" w:rsidTr="00410132">
        <w:tc>
          <w:tcPr>
            <w:tcW w:w="1466" w:type="dxa"/>
          </w:tcPr>
          <w:p w14:paraId="79B15F65" w14:textId="30AA91E9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24A59A6F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002247CE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2C3FC233" w14:textId="77777777" w:rsidTr="00410132">
        <w:trPr>
          <w:trHeight w:val="339"/>
        </w:trPr>
        <w:tc>
          <w:tcPr>
            <w:tcW w:w="1466" w:type="dxa"/>
          </w:tcPr>
          <w:p w14:paraId="68E7D8FD" w14:textId="1AAC69C5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217C4F3C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38F864CC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4B7CF43D" w14:textId="77777777" w:rsidTr="00410132">
        <w:tc>
          <w:tcPr>
            <w:tcW w:w="1466" w:type="dxa"/>
          </w:tcPr>
          <w:p w14:paraId="06261264" w14:textId="6362610A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D9C396D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6D540627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1A5036F8" w14:textId="77777777" w:rsidTr="00410132">
        <w:tc>
          <w:tcPr>
            <w:tcW w:w="1466" w:type="dxa"/>
          </w:tcPr>
          <w:p w14:paraId="460676CB" w14:textId="5031987F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01082C48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3197742A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4021E10B" w14:textId="77777777" w:rsidTr="00410132">
        <w:tc>
          <w:tcPr>
            <w:tcW w:w="1466" w:type="dxa"/>
          </w:tcPr>
          <w:p w14:paraId="0EA5891D" w14:textId="19B40E24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F89DE3B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671F8AEF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2F6CC6D5" w14:textId="77777777" w:rsidTr="00410132">
        <w:tc>
          <w:tcPr>
            <w:tcW w:w="1466" w:type="dxa"/>
          </w:tcPr>
          <w:p w14:paraId="541E429C" w14:textId="2B8F31ED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27EE4226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7A6C7FB9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1F81844F" w14:textId="77777777" w:rsidTr="00410132">
        <w:tc>
          <w:tcPr>
            <w:tcW w:w="1466" w:type="dxa"/>
          </w:tcPr>
          <w:p w14:paraId="6129DFAC" w14:textId="2F7B2970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1E76C14C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4CE24518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33162133" w14:textId="77777777" w:rsidTr="00410132">
        <w:tc>
          <w:tcPr>
            <w:tcW w:w="1466" w:type="dxa"/>
          </w:tcPr>
          <w:p w14:paraId="72168E0E" w14:textId="22F18D73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6654A76B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58A7A948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0CB5F7DD" w14:textId="77777777" w:rsidTr="00410132">
        <w:tc>
          <w:tcPr>
            <w:tcW w:w="1466" w:type="dxa"/>
          </w:tcPr>
          <w:p w14:paraId="0ADE7AC7" w14:textId="27CC2D80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1418D214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173FFC12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51685569" w14:textId="77777777" w:rsidTr="00410132">
        <w:tc>
          <w:tcPr>
            <w:tcW w:w="1466" w:type="dxa"/>
          </w:tcPr>
          <w:p w14:paraId="62CCC97C" w14:textId="5EFA4E3B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655A857E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5CC01EBE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480278F5" w14:textId="77777777" w:rsidTr="00410132">
        <w:tc>
          <w:tcPr>
            <w:tcW w:w="1466" w:type="dxa"/>
          </w:tcPr>
          <w:p w14:paraId="0F52F3BD" w14:textId="43981941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C5D5D2B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24CC2DB7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43FFDBD2" w14:textId="77777777" w:rsidTr="00410132">
        <w:tc>
          <w:tcPr>
            <w:tcW w:w="1466" w:type="dxa"/>
          </w:tcPr>
          <w:p w14:paraId="3ADD663D" w14:textId="3D0DBB10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5AA80062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7A23A1B7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40312510" w14:textId="77777777" w:rsidTr="00410132">
        <w:tc>
          <w:tcPr>
            <w:tcW w:w="1466" w:type="dxa"/>
          </w:tcPr>
          <w:p w14:paraId="3CFD743F" w14:textId="52CE3698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62616249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4D047CB6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77EF876D" w14:textId="77777777" w:rsidTr="00410132">
        <w:tc>
          <w:tcPr>
            <w:tcW w:w="1466" w:type="dxa"/>
          </w:tcPr>
          <w:p w14:paraId="7D60E34B" w14:textId="4C1140A1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08FCACBC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607B5EC5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06D8350B" w14:textId="77777777" w:rsidTr="00410132">
        <w:tc>
          <w:tcPr>
            <w:tcW w:w="1466" w:type="dxa"/>
          </w:tcPr>
          <w:p w14:paraId="08673EA8" w14:textId="4CE95168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BDB6BF9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2BCA3176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7A70466F" w14:textId="77777777" w:rsidTr="00410132">
        <w:tc>
          <w:tcPr>
            <w:tcW w:w="1466" w:type="dxa"/>
          </w:tcPr>
          <w:p w14:paraId="181520A9" w14:textId="2DE4D25B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D92B7BA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009F4D97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4C0C2C88" w14:textId="77777777" w:rsidTr="00410132">
        <w:tc>
          <w:tcPr>
            <w:tcW w:w="1466" w:type="dxa"/>
          </w:tcPr>
          <w:p w14:paraId="1B360336" w14:textId="3E66C32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0225FFB2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06CEF150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0DD27F4A" w14:textId="77777777" w:rsidTr="00410132">
        <w:tc>
          <w:tcPr>
            <w:tcW w:w="1466" w:type="dxa"/>
          </w:tcPr>
          <w:p w14:paraId="6BD7F754" w14:textId="07597DB2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57383C83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2376561E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3C756022" w14:textId="77777777" w:rsidTr="00410132">
        <w:tc>
          <w:tcPr>
            <w:tcW w:w="1466" w:type="dxa"/>
          </w:tcPr>
          <w:p w14:paraId="7D61F87D" w14:textId="0F37D6EE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3286C5D4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77601793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7F6BF51B" w14:textId="77777777" w:rsidTr="00410132">
        <w:tc>
          <w:tcPr>
            <w:tcW w:w="1466" w:type="dxa"/>
          </w:tcPr>
          <w:p w14:paraId="596280EC" w14:textId="6C3D23F4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32F8BDDE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0B98C937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2CEBA0C5" w14:textId="77777777" w:rsidTr="00410132">
        <w:tc>
          <w:tcPr>
            <w:tcW w:w="1466" w:type="dxa"/>
          </w:tcPr>
          <w:p w14:paraId="7FE4FDB4" w14:textId="00992A07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0EE5D050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21755286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17DC9ACB" w14:textId="77777777" w:rsidTr="00410132">
        <w:tc>
          <w:tcPr>
            <w:tcW w:w="1466" w:type="dxa"/>
          </w:tcPr>
          <w:p w14:paraId="592C7EF5" w14:textId="0EEDEEB1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1B0F6DEC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39F8C64F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20DB0171" w14:textId="77777777" w:rsidTr="00410132">
        <w:tc>
          <w:tcPr>
            <w:tcW w:w="1466" w:type="dxa"/>
          </w:tcPr>
          <w:p w14:paraId="644E3AB1" w14:textId="58EAACDB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282E7A29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1A1132EA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3085ED22" w14:textId="77777777" w:rsidTr="00410132">
        <w:tc>
          <w:tcPr>
            <w:tcW w:w="1466" w:type="dxa"/>
          </w:tcPr>
          <w:p w14:paraId="19E5FE93" w14:textId="3DF62783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27640753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4379BE4A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222DC640" w14:textId="77777777" w:rsidTr="00410132">
        <w:tc>
          <w:tcPr>
            <w:tcW w:w="1466" w:type="dxa"/>
          </w:tcPr>
          <w:p w14:paraId="63FBE71F" w14:textId="27569592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51DE7B42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5F2B7B80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0FF29715" w14:textId="77777777" w:rsidTr="00410132">
        <w:tc>
          <w:tcPr>
            <w:tcW w:w="1466" w:type="dxa"/>
          </w:tcPr>
          <w:p w14:paraId="21BA0B6D" w14:textId="3FB4D8BB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95520A6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51D26828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5CC9C88E" w14:textId="77777777" w:rsidTr="00410132">
        <w:tc>
          <w:tcPr>
            <w:tcW w:w="1466" w:type="dxa"/>
          </w:tcPr>
          <w:p w14:paraId="13805006" w14:textId="17EB5DD8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3C8ABC50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31672381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59EA220A" w14:textId="77777777" w:rsidTr="00410132">
        <w:tc>
          <w:tcPr>
            <w:tcW w:w="1466" w:type="dxa"/>
          </w:tcPr>
          <w:p w14:paraId="133CE3BD" w14:textId="3B7BEE20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21F9793E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7AAD001C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14F6F5A6" w14:textId="77777777" w:rsidTr="00410132">
        <w:tc>
          <w:tcPr>
            <w:tcW w:w="1466" w:type="dxa"/>
          </w:tcPr>
          <w:p w14:paraId="6393ADF4" w14:textId="1C6B267B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3385552A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1D20F8D6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56A51559" w14:textId="77777777" w:rsidTr="00410132">
        <w:tc>
          <w:tcPr>
            <w:tcW w:w="1466" w:type="dxa"/>
          </w:tcPr>
          <w:p w14:paraId="1F6D6E33" w14:textId="55B002E4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44296FCC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04B2B3B7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168386CF" w14:textId="77777777" w:rsidTr="00410132">
        <w:tc>
          <w:tcPr>
            <w:tcW w:w="1466" w:type="dxa"/>
          </w:tcPr>
          <w:p w14:paraId="6A6ACFEE" w14:textId="5C6BC63C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1EB7C6BD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0B4FFC02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72B01FE1" w14:textId="77777777" w:rsidTr="00410132">
        <w:tc>
          <w:tcPr>
            <w:tcW w:w="1466" w:type="dxa"/>
          </w:tcPr>
          <w:p w14:paraId="3C9E3D93" w14:textId="2DA0CABC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1DAD0A05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12661E96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5E686FEC" w14:textId="77777777" w:rsidTr="00410132">
        <w:tc>
          <w:tcPr>
            <w:tcW w:w="1466" w:type="dxa"/>
          </w:tcPr>
          <w:p w14:paraId="1C961749" w14:textId="0C8E4719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45080F8E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614991BA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1E511155" w14:textId="77777777" w:rsidTr="00410132">
        <w:tc>
          <w:tcPr>
            <w:tcW w:w="1466" w:type="dxa"/>
          </w:tcPr>
          <w:p w14:paraId="33AE026E" w14:textId="494A316B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35A00D67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582F0148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7E7C1EAE" w14:textId="77777777" w:rsidTr="00410132">
        <w:tc>
          <w:tcPr>
            <w:tcW w:w="1466" w:type="dxa"/>
          </w:tcPr>
          <w:p w14:paraId="1261C442" w14:textId="3E56BD93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4BB2C4C9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24341E53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638345DB" w14:textId="77777777" w:rsidTr="00410132">
        <w:tc>
          <w:tcPr>
            <w:tcW w:w="1466" w:type="dxa"/>
          </w:tcPr>
          <w:p w14:paraId="17BD34A3" w14:textId="20B372DE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50991CAB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1CEDA297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34085665" w14:textId="77777777" w:rsidTr="00410132">
        <w:tc>
          <w:tcPr>
            <w:tcW w:w="1466" w:type="dxa"/>
          </w:tcPr>
          <w:p w14:paraId="4DD19048" w14:textId="1F4A668C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B98EAED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34797EF5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5545699C" w14:textId="77777777" w:rsidTr="00410132">
        <w:tc>
          <w:tcPr>
            <w:tcW w:w="1466" w:type="dxa"/>
          </w:tcPr>
          <w:p w14:paraId="45FFB920" w14:textId="044CCFAC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E6DCC99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554F10D4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73F01E5F" w14:textId="77777777" w:rsidTr="00410132">
        <w:tc>
          <w:tcPr>
            <w:tcW w:w="1466" w:type="dxa"/>
          </w:tcPr>
          <w:p w14:paraId="6154517A" w14:textId="11C79F8D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6494" w:type="dxa"/>
            <w:vAlign w:val="bottom"/>
          </w:tcPr>
          <w:p w14:paraId="7AC68FAE" w14:textId="77777777" w:rsidR="00373942" w:rsidRPr="00F26D38" w:rsidRDefault="00373942" w:rsidP="00410132">
            <w:pPr>
              <w:rPr>
                <w:lang w:val="lt-LT"/>
              </w:rPr>
            </w:pPr>
          </w:p>
        </w:tc>
        <w:tc>
          <w:tcPr>
            <w:tcW w:w="1894" w:type="dxa"/>
          </w:tcPr>
          <w:p w14:paraId="2E8308AA" w14:textId="77777777" w:rsidR="00373942" w:rsidRPr="00F26D38" w:rsidRDefault="00373942" w:rsidP="00410132">
            <w:pPr>
              <w:rPr>
                <w:lang w:val="lt-LT"/>
              </w:rPr>
            </w:pPr>
          </w:p>
        </w:tc>
      </w:tr>
      <w:tr w:rsidR="00373942" w:rsidRPr="00F26D38" w14:paraId="6E076BB2" w14:textId="77777777" w:rsidTr="00410132">
        <w:tc>
          <w:tcPr>
            <w:tcW w:w="1466" w:type="dxa"/>
          </w:tcPr>
          <w:p w14:paraId="5DCA20B1" w14:textId="77777777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6494" w:type="dxa"/>
          </w:tcPr>
          <w:p w14:paraId="2E54FBA5" w14:textId="77777777" w:rsidR="00373942" w:rsidRPr="00F26D38" w:rsidRDefault="00373942" w:rsidP="00410132">
            <w:pPr>
              <w:jc w:val="right"/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Iš viso valandų:</w:t>
            </w:r>
          </w:p>
        </w:tc>
        <w:tc>
          <w:tcPr>
            <w:tcW w:w="1894" w:type="dxa"/>
          </w:tcPr>
          <w:p w14:paraId="0D46BE83" w14:textId="77777777" w:rsidR="00373942" w:rsidRPr="00F26D38" w:rsidRDefault="00373942" w:rsidP="00410132">
            <w:pPr>
              <w:rPr>
                <w:b/>
                <w:lang w:val="lt-LT"/>
              </w:rPr>
            </w:pPr>
          </w:p>
        </w:tc>
      </w:tr>
    </w:tbl>
    <w:p w14:paraId="2DBB9024" w14:textId="77777777" w:rsidR="00373942" w:rsidRPr="00F26D38" w:rsidRDefault="00373942" w:rsidP="00373942">
      <w:pPr>
        <w:rPr>
          <w:b/>
          <w:lang w:val="lt-LT"/>
        </w:rPr>
      </w:pPr>
    </w:p>
    <w:p w14:paraId="0F956DF4" w14:textId="77777777" w:rsidR="00373942" w:rsidRPr="00F26D38" w:rsidRDefault="00373942" w:rsidP="00373942">
      <w:pPr>
        <w:rPr>
          <w:b/>
          <w:lang w:val="lt-L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35"/>
        <w:gridCol w:w="1436"/>
        <w:gridCol w:w="2095"/>
        <w:gridCol w:w="1022"/>
        <w:gridCol w:w="4140"/>
      </w:tblGrid>
      <w:tr w:rsidR="00373942" w:rsidRPr="00F26D38" w14:paraId="3145F983" w14:textId="77777777" w:rsidTr="00410132">
        <w:tc>
          <w:tcPr>
            <w:tcW w:w="1135" w:type="dxa"/>
          </w:tcPr>
          <w:p w14:paraId="72A7D7F2" w14:textId="77777777" w:rsidR="00373942" w:rsidRPr="00F26D38" w:rsidRDefault="00373942" w:rsidP="00410132">
            <w:pPr>
              <w:rPr>
                <w:b/>
                <w:lang w:val="lt-LT"/>
              </w:rPr>
            </w:pPr>
            <w:r w:rsidRPr="00F26D38">
              <w:rPr>
                <w:lang w:val="lt-LT"/>
              </w:rPr>
              <w:t>Vadovas</w:t>
            </w:r>
          </w:p>
        </w:tc>
        <w:tc>
          <w:tcPr>
            <w:tcW w:w="1436" w:type="dxa"/>
          </w:tcPr>
          <w:p w14:paraId="2C14427F" w14:textId="77777777" w:rsidR="00373942" w:rsidRPr="00F26D38" w:rsidRDefault="00373942" w:rsidP="00410132">
            <w:pPr>
              <w:rPr>
                <w:b/>
                <w:lang w:val="lt-LT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</w:tcPr>
          <w:p w14:paraId="2047C50D" w14:textId="77777777" w:rsidR="00373942" w:rsidRPr="00F26D38" w:rsidRDefault="00373942" w:rsidP="00410132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1022" w:type="dxa"/>
          </w:tcPr>
          <w:p w14:paraId="7C5F3F10" w14:textId="77777777" w:rsidR="00373942" w:rsidRPr="00F26D38" w:rsidRDefault="00373942" w:rsidP="00410132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D03439E" w14:textId="77777777" w:rsidR="00373942" w:rsidRPr="00F26D38" w:rsidRDefault="00373942" w:rsidP="00410132">
            <w:pPr>
              <w:jc w:val="center"/>
              <w:rPr>
                <w:b/>
                <w:lang w:val="lt-LT"/>
              </w:rPr>
            </w:pPr>
          </w:p>
        </w:tc>
      </w:tr>
    </w:tbl>
    <w:p w14:paraId="6481ECD5" w14:textId="21DEACEC" w:rsidR="00373942" w:rsidRPr="00F26D38" w:rsidRDefault="00373942" w:rsidP="00373942">
      <w:pPr>
        <w:rPr>
          <w:sz w:val="18"/>
          <w:szCs w:val="18"/>
          <w:lang w:val="lt-LT"/>
        </w:rPr>
      </w:pPr>
      <w:r w:rsidRPr="00F26D38">
        <w:rPr>
          <w:b/>
          <w:lang w:val="lt-LT"/>
        </w:rPr>
        <w:tab/>
      </w:r>
      <w:r w:rsidRPr="00F26D38">
        <w:rPr>
          <w:b/>
          <w:lang w:val="lt-LT"/>
        </w:rPr>
        <w:tab/>
        <w:t xml:space="preserve">                                    </w:t>
      </w:r>
      <w:r w:rsidRPr="00F26D38">
        <w:rPr>
          <w:sz w:val="18"/>
          <w:szCs w:val="18"/>
          <w:lang w:val="lt-LT"/>
        </w:rPr>
        <w:t xml:space="preserve">(Parašas)                                              </w:t>
      </w:r>
      <w:r w:rsidRPr="00F26D38">
        <w:rPr>
          <w:sz w:val="18"/>
          <w:szCs w:val="18"/>
          <w:lang w:val="lt-LT"/>
        </w:rPr>
        <w:tab/>
        <w:t xml:space="preserve">          (Vardas, pavardė)</w:t>
      </w:r>
    </w:p>
    <w:p w14:paraId="676783D7" w14:textId="77777777" w:rsidR="00373942" w:rsidRPr="00F26D38" w:rsidRDefault="00373942" w:rsidP="00373942">
      <w:pPr>
        <w:rPr>
          <w:b/>
          <w:lang w:val="lt-LT"/>
        </w:rPr>
      </w:pPr>
      <w:r w:rsidRPr="00F26D38">
        <w:rPr>
          <w:sz w:val="18"/>
          <w:szCs w:val="18"/>
          <w:lang w:val="lt-LT"/>
        </w:rPr>
        <w:t xml:space="preserve"> </w:t>
      </w:r>
    </w:p>
    <w:p w14:paraId="0B258DB9" w14:textId="77777777" w:rsidR="00373942" w:rsidRPr="00F26D38" w:rsidRDefault="00373942" w:rsidP="00373942">
      <w:pPr>
        <w:jc w:val="both"/>
        <w:rPr>
          <w:rFonts w:asciiTheme="majorBidi" w:hAnsiTheme="majorBidi" w:cstheme="majorBidi"/>
          <w:sz w:val="20"/>
          <w:szCs w:val="20"/>
          <w:lang w:val="lt-LT"/>
        </w:rPr>
      </w:pPr>
    </w:p>
    <w:p w14:paraId="1A02E5CB" w14:textId="77777777" w:rsidR="00502445" w:rsidRPr="00F26D38" w:rsidRDefault="0048298C" w:rsidP="004E5F89">
      <w:pPr>
        <w:rPr>
          <w:rFonts w:asciiTheme="majorBidi" w:hAnsiTheme="majorBidi" w:cstheme="majorBidi"/>
          <w:sz w:val="24"/>
          <w:szCs w:val="24"/>
          <w:lang w:val="lt-LT"/>
        </w:rPr>
      </w:pPr>
      <w:r w:rsidRPr="00F26D38">
        <w:rPr>
          <w:rFonts w:asciiTheme="majorBidi" w:hAnsiTheme="majorBidi" w:cstheme="majorBidi"/>
          <w:sz w:val="24"/>
          <w:szCs w:val="24"/>
          <w:lang w:val="lt-LT"/>
        </w:rPr>
        <w:br w:type="page"/>
      </w:r>
    </w:p>
    <w:p w14:paraId="7C364F65" w14:textId="77777777" w:rsidR="00502445" w:rsidRPr="00F26D38" w:rsidRDefault="0048298C" w:rsidP="00A858D5">
      <w:pPr>
        <w:ind w:left="6096"/>
        <w:rPr>
          <w:rFonts w:asciiTheme="majorBidi" w:hAnsiTheme="majorBidi" w:cstheme="majorBidi"/>
          <w:sz w:val="20"/>
          <w:szCs w:val="20"/>
          <w:lang w:val="lt-LT"/>
        </w:rPr>
      </w:pPr>
      <w:r w:rsidRPr="00F26D38">
        <w:rPr>
          <w:rFonts w:asciiTheme="majorBidi" w:hAnsiTheme="majorBidi" w:cstheme="majorBidi"/>
          <w:sz w:val="20"/>
          <w:szCs w:val="20"/>
          <w:lang w:val="lt-LT"/>
        </w:rPr>
        <w:lastRenderedPageBreak/>
        <w:t>Vilniaus r. Kyviškių pagrindinės mokyklos</w:t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br/>
        <w:t>neformaliojo vaikų švietimo organizavimo</w:t>
      </w:r>
      <w:r w:rsidRPr="00F26D38">
        <w:rPr>
          <w:rFonts w:asciiTheme="majorBidi" w:hAnsiTheme="majorBidi" w:cstheme="majorBidi"/>
          <w:sz w:val="20"/>
          <w:szCs w:val="20"/>
          <w:lang w:val="lt-LT"/>
        </w:rPr>
        <w:br/>
        <w:t>tvarkos aprašo 3 priedas</w:t>
      </w:r>
    </w:p>
    <w:p w14:paraId="73522207" w14:textId="77777777" w:rsidR="001968CE" w:rsidRDefault="001968CE" w:rsidP="00A858D5">
      <w:pPr>
        <w:spacing w:line="360" w:lineRule="auto"/>
        <w:jc w:val="center"/>
        <w:rPr>
          <w:b/>
          <w:sz w:val="24"/>
          <w:szCs w:val="24"/>
          <w:lang w:val="lt-LT"/>
        </w:rPr>
      </w:pPr>
    </w:p>
    <w:p w14:paraId="7F6F3B1C" w14:textId="7C7017E8" w:rsidR="00A858D5" w:rsidRPr="00F26D38" w:rsidRDefault="00A858D5" w:rsidP="00A858D5">
      <w:pPr>
        <w:spacing w:line="360" w:lineRule="auto"/>
        <w:jc w:val="center"/>
        <w:rPr>
          <w:b/>
          <w:sz w:val="24"/>
          <w:szCs w:val="24"/>
          <w:lang w:val="lt-LT"/>
        </w:rPr>
      </w:pPr>
      <w:r w:rsidRPr="00F26D38">
        <w:rPr>
          <w:b/>
          <w:sz w:val="24"/>
          <w:szCs w:val="24"/>
          <w:lang w:val="lt-LT"/>
        </w:rPr>
        <w:t>NEFORMALIOJO VAIKŲ ŠVIETIMO</w:t>
      </w:r>
    </w:p>
    <w:p w14:paraId="693B8C04" w14:textId="77777777" w:rsidR="00A858D5" w:rsidRPr="00F26D38" w:rsidRDefault="00A858D5" w:rsidP="00A858D5">
      <w:pPr>
        <w:spacing w:line="360" w:lineRule="auto"/>
        <w:jc w:val="center"/>
        <w:rPr>
          <w:b/>
          <w:sz w:val="24"/>
          <w:szCs w:val="24"/>
          <w:lang w:val="lt-LT"/>
        </w:rPr>
      </w:pPr>
      <w:r w:rsidRPr="00F26D38">
        <w:rPr>
          <w:b/>
          <w:sz w:val="24"/>
          <w:szCs w:val="24"/>
          <w:lang w:val="lt-LT"/>
        </w:rPr>
        <w:t>BŪRELIO ATASKAITA</w:t>
      </w: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2232"/>
      </w:tblGrid>
      <w:tr w:rsidR="00A858D5" w:rsidRPr="00F26D38" w14:paraId="2D21EC78" w14:textId="77777777" w:rsidTr="00410132">
        <w:tc>
          <w:tcPr>
            <w:tcW w:w="2448" w:type="dxa"/>
            <w:tcBorders>
              <w:top w:val="nil"/>
              <w:left w:val="nil"/>
              <w:right w:val="nil"/>
            </w:tcBorders>
          </w:tcPr>
          <w:p w14:paraId="2C77768E" w14:textId="77777777" w:rsidR="00A858D5" w:rsidRPr="00F26D38" w:rsidRDefault="00A858D5" w:rsidP="00410132">
            <w:pPr>
              <w:tabs>
                <w:tab w:val="left" w:pos="1080"/>
                <w:tab w:val="left" w:pos="7920"/>
              </w:tabs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 xml:space="preserve"> 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7E0BFE26" w14:textId="77777777" w:rsidR="00A858D5" w:rsidRPr="00F26D38" w:rsidRDefault="00A858D5" w:rsidP="00410132">
            <w:pPr>
              <w:tabs>
                <w:tab w:val="left" w:pos="1080"/>
                <w:tab w:val="left" w:pos="7920"/>
              </w:tabs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mokslo metai</w:t>
            </w:r>
            <w:r w:rsidRPr="00F26D38">
              <w:rPr>
                <w:lang w:val="lt-LT"/>
              </w:rPr>
              <w:t xml:space="preserve">    </w:t>
            </w:r>
          </w:p>
        </w:tc>
      </w:tr>
    </w:tbl>
    <w:p w14:paraId="09798A65" w14:textId="77777777" w:rsidR="00A858D5" w:rsidRPr="00F26D38" w:rsidRDefault="00A858D5" w:rsidP="00A858D5">
      <w:pPr>
        <w:jc w:val="center"/>
        <w:rPr>
          <w:b/>
          <w:lang w:val="lt-LT"/>
        </w:rPr>
      </w:pPr>
    </w:p>
    <w:p w14:paraId="16BEED28" w14:textId="77777777" w:rsidR="00A858D5" w:rsidRPr="00F26D38" w:rsidRDefault="00A858D5" w:rsidP="00A858D5">
      <w:pPr>
        <w:jc w:val="center"/>
        <w:rPr>
          <w:sz w:val="16"/>
          <w:szCs w:val="16"/>
          <w:lang w:val="lt-LT"/>
        </w:rPr>
      </w:pPr>
    </w:p>
    <w:tbl>
      <w:tblPr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994"/>
      </w:tblGrid>
      <w:tr w:rsidR="00A858D5" w:rsidRPr="00F26D38" w14:paraId="24689EA3" w14:textId="77777777" w:rsidTr="00410132">
        <w:trPr>
          <w:trHeight w:val="257"/>
        </w:trPr>
        <w:tc>
          <w:tcPr>
            <w:tcW w:w="3528" w:type="dxa"/>
            <w:vAlign w:val="center"/>
          </w:tcPr>
          <w:p w14:paraId="359CCE4E" w14:textId="77777777" w:rsidR="00A858D5" w:rsidRPr="00F26D38" w:rsidRDefault="00A858D5" w:rsidP="00410132">
            <w:pPr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Programos pavadinimas</w:t>
            </w:r>
          </w:p>
        </w:tc>
        <w:tc>
          <w:tcPr>
            <w:tcW w:w="5994" w:type="dxa"/>
            <w:vAlign w:val="center"/>
          </w:tcPr>
          <w:p w14:paraId="5BA357B5" w14:textId="77777777" w:rsidR="00A858D5" w:rsidRPr="00F26D38" w:rsidRDefault="00A858D5" w:rsidP="00410132">
            <w:pPr>
              <w:spacing w:line="360" w:lineRule="auto"/>
              <w:jc w:val="center"/>
              <w:rPr>
                <w:sz w:val="28"/>
                <w:szCs w:val="28"/>
                <w:lang w:val="lt-LT"/>
              </w:rPr>
            </w:pPr>
          </w:p>
        </w:tc>
      </w:tr>
      <w:tr w:rsidR="00A858D5" w:rsidRPr="00F26D38" w14:paraId="1388DDBE" w14:textId="77777777" w:rsidTr="00410132">
        <w:trPr>
          <w:trHeight w:val="257"/>
        </w:trPr>
        <w:tc>
          <w:tcPr>
            <w:tcW w:w="3528" w:type="dxa"/>
            <w:vAlign w:val="center"/>
          </w:tcPr>
          <w:p w14:paraId="5C9A8B8F" w14:textId="77777777" w:rsidR="00A858D5" w:rsidRPr="00F26D38" w:rsidRDefault="00A858D5" w:rsidP="00410132">
            <w:pPr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Mokytojo vardas, pavardė</w:t>
            </w:r>
          </w:p>
        </w:tc>
        <w:tc>
          <w:tcPr>
            <w:tcW w:w="5994" w:type="dxa"/>
            <w:vAlign w:val="center"/>
          </w:tcPr>
          <w:p w14:paraId="2FE8DD91" w14:textId="77777777" w:rsidR="00A858D5" w:rsidRPr="00F26D38" w:rsidRDefault="00A858D5" w:rsidP="00410132">
            <w:pPr>
              <w:spacing w:line="360" w:lineRule="auto"/>
              <w:rPr>
                <w:lang w:val="lt-LT"/>
              </w:rPr>
            </w:pPr>
          </w:p>
        </w:tc>
      </w:tr>
      <w:tr w:rsidR="00A858D5" w:rsidRPr="0048298C" w14:paraId="62A8C113" w14:textId="77777777" w:rsidTr="00410132">
        <w:trPr>
          <w:cantSplit/>
          <w:trHeight w:val="447"/>
        </w:trPr>
        <w:tc>
          <w:tcPr>
            <w:tcW w:w="3528" w:type="dxa"/>
            <w:tcBorders>
              <w:bottom w:val="single" w:sz="4" w:space="0" w:color="auto"/>
            </w:tcBorders>
          </w:tcPr>
          <w:p w14:paraId="04AF823E" w14:textId="77777777" w:rsidR="00A858D5" w:rsidRPr="00F26D38" w:rsidRDefault="00A858D5" w:rsidP="00410132">
            <w:pPr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Dalyvavimas</w:t>
            </w:r>
          </w:p>
        </w:tc>
        <w:tc>
          <w:tcPr>
            <w:tcW w:w="5994" w:type="dxa"/>
            <w:vMerge w:val="restart"/>
          </w:tcPr>
          <w:p w14:paraId="5C242B2F" w14:textId="77777777" w:rsidR="00A858D5" w:rsidRPr="00F26D38" w:rsidRDefault="00A858D5" w:rsidP="00410132">
            <w:pPr>
              <w:rPr>
                <w:i/>
                <w:lang w:val="lt-LT"/>
              </w:rPr>
            </w:pPr>
            <w:r w:rsidRPr="00F26D38">
              <w:rPr>
                <w:i/>
                <w:lang w:val="lt-LT"/>
              </w:rPr>
              <w:t>(mokyklos ir kitų švietimo įstaigų organizuojamuose renginiuose, konkursuose ir pan.).</w:t>
            </w:r>
          </w:p>
          <w:p w14:paraId="72999FC9" w14:textId="77777777" w:rsidR="00A858D5" w:rsidRPr="00F26D38" w:rsidRDefault="00A858D5" w:rsidP="00410132">
            <w:pPr>
              <w:spacing w:line="360" w:lineRule="auto"/>
              <w:jc w:val="center"/>
              <w:rPr>
                <w:lang w:val="lt-LT"/>
              </w:rPr>
            </w:pPr>
          </w:p>
          <w:p w14:paraId="0A93C993" w14:textId="77777777" w:rsidR="00A858D5" w:rsidRPr="00F26D38" w:rsidRDefault="00A858D5" w:rsidP="00410132">
            <w:pPr>
              <w:spacing w:line="360" w:lineRule="auto"/>
              <w:rPr>
                <w:lang w:val="lt-LT"/>
              </w:rPr>
            </w:pPr>
          </w:p>
        </w:tc>
      </w:tr>
      <w:tr w:rsidR="00A858D5" w:rsidRPr="0048298C" w14:paraId="0098C651" w14:textId="77777777" w:rsidTr="00410132">
        <w:trPr>
          <w:cantSplit/>
          <w:trHeight w:val="690"/>
        </w:trPr>
        <w:tc>
          <w:tcPr>
            <w:tcW w:w="3528" w:type="dxa"/>
            <w:tcBorders>
              <w:right w:val="nil"/>
            </w:tcBorders>
          </w:tcPr>
          <w:p w14:paraId="7F03EA56" w14:textId="77777777" w:rsidR="00A858D5" w:rsidRPr="00F26D38" w:rsidRDefault="00A858D5" w:rsidP="00410132">
            <w:pPr>
              <w:rPr>
                <w:b/>
                <w:lang w:val="lt-LT"/>
              </w:rPr>
            </w:pPr>
          </w:p>
        </w:tc>
        <w:tc>
          <w:tcPr>
            <w:tcW w:w="5994" w:type="dxa"/>
            <w:vMerge/>
            <w:tcBorders>
              <w:left w:val="nil"/>
            </w:tcBorders>
          </w:tcPr>
          <w:p w14:paraId="5441EFC9" w14:textId="77777777" w:rsidR="00A858D5" w:rsidRPr="00F26D38" w:rsidRDefault="00A858D5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A858D5" w:rsidRPr="00F26D38" w14:paraId="083C3457" w14:textId="77777777" w:rsidTr="00410132">
        <w:trPr>
          <w:cantSplit/>
          <w:trHeight w:val="570"/>
        </w:trPr>
        <w:tc>
          <w:tcPr>
            <w:tcW w:w="3528" w:type="dxa"/>
            <w:tcBorders>
              <w:bottom w:val="single" w:sz="4" w:space="0" w:color="auto"/>
            </w:tcBorders>
          </w:tcPr>
          <w:p w14:paraId="7FFCD229" w14:textId="77777777" w:rsidR="00A858D5" w:rsidRPr="00F26D38" w:rsidRDefault="00A858D5" w:rsidP="00410132">
            <w:pPr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 xml:space="preserve">Organizavimas </w:t>
            </w:r>
          </w:p>
          <w:p w14:paraId="21176CB4" w14:textId="77777777" w:rsidR="00A858D5" w:rsidRPr="00F26D38" w:rsidRDefault="00A858D5" w:rsidP="00410132">
            <w:pPr>
              <w:rPr>
                <w:lang w:val="lt-LT"/>
              </w:rPr>
            </w:pPr>
          </w:p>
        </w:tc>
        <w:tc>
          <w:tcPr>
            <w:tcW w:w="5994" w:type="dxa"/>
            <w:vMerge w:val="restart"/>
          </w:tcPr>
          <w:p w14:paraId="1AB1F382" w14:textId="77777777" w:rsidR="00A858D5" w:rsidRPr="00F26D38" w:rsidRDefault="00A858D5" w:rsidP="00410132">
            <w:pPr>
              <w:rPr>
                <w:i/>
                <w:lang w:val="lt-LT"/>
              </w:rPr>
            </w:pPr>
            <w:r w:rsidRPr="00F26D38">
              <w:rPr>
                <w:i/>
                <w:sz w:val="28"/>
                <w:szCs w:val="28"/>
                <w:lang w:val="lt-LT"/>
              </w:rPr>
              <w:t>(</w:t>
            </w:r>
            <w:r w:rsidRPr="00F26D38">
              <w:rPr>
                <w:i/>
                <w:lang w:val="lt-LT"/>
              </w:rPr>
              <w:t>renginių, parodų, vakaronių ir pan.)</w:t>
            </w:r>
          </w:p>
          <w:p w14:paraId="37D78BF5" w14:textId="77777777" w:rsidR="00A858D5" w:rsidRPr="00F26D38" w:rsidRDefault="00A858D5" w:rsidP="00410132">
            <w:pPr>
              <w:spacing w:line="360" w:lineRule="auto"/>
              <w:jc w:val="center"/>
              <w:rPr>
                <w:lang w:val="lt-LT"/>
              </w:rPr>
            </w:pPr>
          </w:p>
          <w:p w14:paraId="632105A7" w14:textId="77777777" w:rsidR="00A858D5" w:rsidRPr="00F26D38" w:rsidRDefault="00A858D5" w:rsidP="00410132">
            <w:pPr>
              <w:spacing w:line="360" w:lineRule="auto"/>
              <w:jc w:val="center"/>
              <w:rPr>
                <w:lang w:val="lt-LT"/>
              </w:rPr>
            </w:pPr>
          </w:p>
          <w:p w14:paraId="04E2B4BC" w14:textId="77777777" w:rsidR="00A858D5" w:rsidRPr="00F26D38" w:rsidRDefault="00A858D5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A858D5" w:rsidRPr="00F26D38" w14:paraId="1116B4B3" w14:textId="77777777" w:rsidTr="00410132">
        <w:trPr>
          <w:cantSplit/>
          <w:trHeight w:val="570"/>
        </w:trPr>
        <w:tc>
          <w:tcPr>
            <w:tcW w:w="3528" w:type="dxa"/>
            <w:tcBorders>
              <w:right w:val="nil"/>
            </w:tcBorders>
          </w:tcPr>
          <w:p w14:paraId="08B0AF3F" w14:textId="77777777" w:rsidR="00A858D5" w:rsidRPr="00F26D38" w:rsidRDefault="00A858D5" w:rsidP="00410132">
            <w:pPr>
              <w:rPr>
                <w:b/>
                <w:lang w:val="lt-LT"/>
              </w:rPr>
            </w:pPr>
          </w:p>
        </w:tc>
        <w:tc>
          <w:tcPr>
            <w:tcW w:w="5994" w:type="dxa"/>
            <w:vMerge/>
            <w:tcBorders>
              <w:left w:val="nil"/>
            </w:tcBorders>
          </w:tcPr>
          <w:p w14:paraId="7D3FBBDB" w14:textId="77777777" w:rsidR="00A858D5" w:rsidRPr="00F26D38" w:rsidRDefault="00A858D5" w:rsidP="00410132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A858D5" w:rsidRPr="0048298C" w14:paraId="44821B33" w14:textId="77777777" w:rsidTr="00410132">
        <w:trPr>
          <w:cantSplit/>
          <w:trHeight w:val="450"/>
        </w:trPr>
        <w:tc>
          <w:tcPr>
            <w:tcW w:w="3528" w:type="dxa"/>
            <w:tcBorders>
              <w:bottom w:val="single" w:sz="4" w:space="0" w:color="auto"/>
            </w:tcBorders>
          </w:tcPr>
          <w:p w14:paraId="2F1EFF7C" w14:textId="77777777" w:rsidR="00A858D5" w:rsidRPr="00F26D38" w:rsidRDefault="00A858D5" w:rsidP="00410132">
            <w:pPr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 xml:space="preserve">Laimėjimai  </w:t>
            </w:r>
          </w:p>
          <w:p w14:paraId="533C0453" w14:textId="77777777" w:rsidR="00A858D5" w:rsidRPr="00F26D38" w:rsidRDefault="00A858D5" w:rsidP="00410132">
            <w:pPr>
              <w:rPr>
                <w:i/>
                <w:lang w:val="lt-LT"/>
              </w:rPr>
            </w:pPr>
          </w:p>
        </w:tc>
        <w:tc>
          <w:tcPr>
            <w:tcW w:w="5994" w:type="dxa"/>
            <w:vMerge w:val="restart"/>
          </w:tcPr>
          <w:p w14:paraId="407EBA8C" w14:textId="77777777" w:rsidR="00A858D5" w:rsidRPr="00F26D38" w:rsidRDefault="00A858D5" w:rsidP="00410132">
            <w:pPr>
              <w:rPr>
                <w:i/>
                <w:lang w:val="lt-LT"/>
              </w:rPr>
            </w:pPr>
            <w:r w:rsidRPr="00F26D38">
              <w:rPr>
                <w:i/>
                <w:lang w:val="lt-LT"/>
              </w:rPr>
              <w:t>(užimtos prizinės vietos, būrelio pasiekimai ir pan.)</w:t>
            </w:r>
          </w:p>
          <w:p w14:paraId="58C750E5" w14:textId="77777777" w:rsidR="00A858D5" w:rsidRPr="00F26D38" w:rsidRDefault="00A858D5" w:rsidP="00410132">
            <w:pPr>
              <w:rPr>
                <w:lang w:val="lt-LT"/>
              </w:rPr>
            </w:pPr>
          </w:p>
          <w:p w14:paraId="71773855" w14:textId="77777777" w:rsidR="00A858D5" w:rsidRPr="00F26D38" w:rsidRDefault="00A858D5" w:rsidP="00410132">
            <w:pPr>
              <w:rPr>
                <w:lang w:val="lt-LT"/>
              </w:rPr>
            </w:pPr>
          </w:p>
          <w:p w14:paraId="05B8F83D" w14:textId="77777777" w:rsidR="00A858D5" w:rsidRPr="00F26D38" w:rsidRDefault="00A858D5" w:rsidP="00410132">
            <w:pPr>
              <w:rPr>
                <w:lang w:val="lt-LT"/>
              </w:rPr>
            </w:pPr>
          </w:p>
          <w:p w14:paraId="2417EA3E" w14:textId="77777777" w:rsidR="00A858D5" w:rsidRPr="00F26D38" w:rsidRDefault="00A858D5" w:rsidP="00410132">
            <w:pPr>
              <w:rPr>
                <w:lang w:val="lt-LT"/>
              </w:rPr>
            </w:pPr>
          </w:p>
        </w:tc>
      </w:tr>
      <w:tr w:rsidR="00A858D5" w:rsidRPr="0048298C" w14:paraId="69ECF534" w14:textId="77777777" w:rsidTr="00410132">
        <w:trPr>
          <w:cantSplit/>
          <w:trHeight w:val="450"/>
        </w:trPr>
        <w:tc>
          <w:tcPr>
            <w:tcW w:w="3528" w:type="dxa"/>
            <w:tcBorders>
              <w:right w:val="nil"/>
            </w:tcBorders>
          </w:tcPr>
          <w:p w14:paraId="4E5A42BA" w14:textId="77777777" w:rsidR="00A858D5" w:rsidRPr="00F26D38" w:rsidRDefault="00A858D5" w:rsidP="00410132">
            <w:pPr>
              <w:rPr>
                <w:b/>
                <w:lang w:val="lt-LT"/>
              </w:rPr>
            </w:pPr>
          </w:p>
        </w:tc>
        <w:tc>
          <w:tcPr>
            <w:tcW w:w="5994" w:type="dxa"/>
            <w:vMerge/>
            <w:tcBorders>
              <w:left w:val="nil"/>
            </w:tcBorders>
          </w:tcPr>
          <w:p w14:paraId="77BEB32E" w14:textId="77777777" w:rsidR="00A858D5" w:rsidRPr="00F26D38" w:rsidRDefault="00A858D5" w:rsidP="00410132">
            <w:pPr>
              <w:rPr>
                <w:i/>
                <w:lang w:val="lt-LT"/>
              </w:rPr>
            </w:pPr>
          </w:p>
        </w:tc>
      </w:tr>
      <w:tr w:rsidR="00A858D5" w:rsidRPr="00F26D38" w14:paraId="65818E84" w14:textId="77777777" w:rsidTr="00410132">
        <w:trPr>
          <w:cantSplit/>
          <w:trHeight w:val="59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B1B8" w14:textId="77777777" w:rsidR="00A858D5" w:rsidRPr="00F26D38" w:rsidRDefault="00A858D5" w:rsidP="00410132">
            <w:pPr>
              <w:rPr>
                <w:b/>
                <w:lang w:val="lt-LT"/>
              </w:rPr>
            </w:pPr>
            <w:r w:rsidRPr="00F26D38">
              <w:rPr>
                <w:b/>
                <w:lang w:val="lt-LT"/>
              </w:rPr>
              <w:t>Diplomai</w:t>
            </w:r>
          </w:p>
          <w:p w14:paraId="6AB9B3E9" w14:textId="77777777" w:rsidR="00A858D5" w:rsidRPr="00F26D38" w:rsidRDefault="00A858D5" w:rsidP="00410132">
            <w:pPr>
              <w:rPr>
                <w:i/>
                <w:lang w:val="lt-LT"/>
              </w:rPr>
            </w:pPr>
          </w:p>
        </w:tc>
        <w:tc>
          <w:tcPr>
            <w:tcW w:w="5994" w:type="dxa"/>
            <w:vMerge w:val="restart"/>
            <w:tcBorders>
              <w:left w:val="single" w:sz="4" w:space="0" w:color="auto"/>
            </w:tcBorders>
          </w:tcPr>
          <w:p w14:paraId="7137EA34" w14:textId="77777777" w:rsidR="00A858D5" w:rsidRPr="00F26D38" w:rsidRDefault="00A858D5" w:rsidP="00410132">
            <w:pPr>
              <w:rPr>
                <w:i/>
                <w:lang w:val="lt-LT"/>
              </w:rPr>
            </w:pPr>
            <w:r w:rsidRPr="00F26D38">
              <w:rPr>
                <w:i/>
                <w:lang w:val="lt-LT"/>
              </w:rPr>
              <w:t>(pridėti diplomų kopijas)</w:t>
            </w:r>
          </w:p>
          <w:p w14:paraId="0920B0B3" w14:textId="77777777" w:rsidR="00A858D5" w:rsidRPr="00F26D38" w:rsidRDefault="00A858D5" w:rsidP="00410132">
            <w:pPr>
              <w:jc w:val="center"/>
              <w:rPr>
                <w:lang w:val="lt-LT"/>
              </w:rPr>
            </w:pPr>
          </w:p>
          <w:p w14:paraId="46277468" w14:textId="77777777" w:rsidR="00A858D5" w:rsidRPr="00F26D38" w:rsidRDefault="00A858D5" w:rsidP="00410132">
            <w:pPr>
              <w:jc w:val="center"/>
              <w:rPr>
                <w:lang w:val="lt-LT"/>
              </w:rPr>
            </w:pPr>
          </w:p>
          <w:p w14:paraId="72A98827" w14:textId="77777777" w:rsidR="00A858D5" w:rsidRPr="00F26D38" w:rsidRDefault="00A858D5" w:rsidP="00410132">
            <w:pPr>
              <w:jc w:val="center"/>
              <w:rPr>
                <w:lang w:val="lt-LT"/>
              </w:rPr>
            </w:pPr>
          </w:p>
          <w:p w14:paraId="6CD94038" w14:textId="77777777" w:rsidR="00A858D5" w:rsidRPr="00F26D38" w:rsidRDefault="00A858D5" w:rsidP="00410132">
            <w:pPr>
              <w:jc w:val="center"/>
              <w:rPr>
                <w:lang w:val="lt-LT"/>
              </w:rPr>
            </w:pPr>
          </w:p>
        </w:tc>
      </w:tr>
      <w:tr w:rsidR="00A858D5" w:rsidRPr="00F26D38" w14:paraId="6E49209C" w14:textId="77777777" w:rsidTr="00410132">
        <w:trPr>
          <w:cantSplit/>
          <w:trHeight w:val="59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4546A1" w14:textId="77777777" w:rsidR="00A858D5" w:rsidRPr="00F26D38" w:rsidRDefault="00A858D5" w:rsidP="00410132">
            <w:pPr>
              <w:rPr>
                <w:b/>
                <w:lang w:val="lt-LT"/>
              </w:rPr>
            </w:pPr>
          </w:p>
        </w:tc>
        <w:tc>
          <w:tcPr>
            <w:tcW w:w="5994" w:type="dxa"/>
            <w:vMerge/>
            <w:tcBorders>
              <w:left w:val="nil"/>
              <w:bottom w:val="single" w:sz="4" w:space="0" w:color="auto"/>
            </w:tcBorders>
          </w:tcPr>
          <w:p w14:paraId="1AB35ED0" w14:textId="77777777" w:rsidR="00A858D5" w:rsidRPr="00F26D38" w:rsidRDefault="00A858D5" w:rsidP="00410132">
            <w:pPr>
              <w:rPr>
                <w:i/>
                <w:lang w:val="lt-LT"/>
              </w:rPr>
            </w:pPr>
          </w:p>
        </w:tc>
      </w:tr>
    </w:tbl>
    <w:p w14:paraId="0674F2B7" w14:textId="77777777" w:rsidR="00A858D5" w:rsidRPr="00F26D38" w:rsidRDefault="00A858D5" w:rsidP="00A858D5">
      <w:pPr>
        <w:jc w:val="both"/>
        <w:rPr>
          <w:lang w:val="lt-LT"/>
        </w:rPr>
      </w:pPr>
    </w:p>
    <w:p w14:paraId="4F901BA3" w14:textId="77777777" w:rsidR="00A858D5" w:rsidRPr="00F26D38" w:rsidRDefault="00A858D5" w:rsidP="00A858D5">
      <w:pPr>
        <w:jc w:val="both"/>
        <w:rPr>
          <w:lang w:val="lt-LT"/>
        </w:rPr>
      </w:pPr>
    </w:p>
    <w:tbl>
      <w:tblPr>
        <w:tblW w:w="9513" w:type="dxa"/>
        <w:tblLayout w:type="fixed"/>
        <w:tblLook w:val="01E0" w:firstRow="1" w:lastRow="1" w:firstColumn="1" w:lastColumn="1" w:noHBand="0" w:noVBand="0"/>
      </w:tblPr>
      <w:tblGrid>
        <w:gridCol w:w="4248"/>
        <w:gridCol w:w="1980"/>
        <w:gridCol w:w="3285"/>
      </w:tblGrid>
      <w:tr w:rsidR="00A858D5" w:rsidRPr="00F26D38" w14:paraId="56548DCD" w14:textId="77777777" w:rsidTr="00410132">
        <w:tc>
          <w:tcPr>
            <w:tcW w:w="4248" w:type="dxa"/>
            <w:tcBorders>
              <w:bottom w:val="single" w:sz="4" w:space="0" w:color="auto"/>
            </w:tcBorders>
          </w:tcPr>
          <w:p w14:paraId="66812F27" w14:textId="77777777" w:rsidR="00A858D5" w:rsidRPr="00F26D38" w:rsidRDefault="00A858D5" w:rsidP="00410132">
            <w:pPr>
              <w:jc w:val="both"/>
              <w:rPr>
                <w:lang w:val="lt-LT"/>
              </w:rPr>
            </w:pPr>
          </w:p>
        </w:tc>
        <w:tc>
          <w:tcPr>
            <w:tcW w:w="1980" w:type="dxa"/>
          </w:tcPr>
          <w:p w14:paraId="04FADD70" w14:textId="77777777" w:rsidR="00A858D5" w:rsidRPr="00F26D38" w:rsidRDefault="00A858D5" w:rsidP="00410132">
            <w:pPr>
              <w:jc w:val="both"/>
              <w:rPr>
                <w:lang w:val="lt-LT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270DC53D" w14:textId="77777777" w:rsidR="00A858D5" w:rsidRPr="00F26D38" w:rsidRDefault="00A858D5" w:rsidP="00410132">
            <w:pPr>
              <w:jc w:val="both"/>
              <w:rPr>
                <w:lang w:val="lt-LT"/>
              </w:rPr>
            </w:pPr>
          </w:p>
        </w:tc>
      </w:tr>
    </w:tbl>
    <w:p w14:paraId="04D0C6BF" w14:textId="51FB86FF" w:rsidR="00A858D5" w:rsidRPr="00F26D38" w:rsidRDefault="00A858D5" w:rsidP="00A858D5">
      <w:pPr>
        <w:jc w:val="both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           (Vardas, pavardė)</w:t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  <w:t xml:space="preserve">                                                                         (parašas)</w:t>
      </w:r>
    </w:p>
    <w:p w14:paraId="5865359F" w14:textId="77777777" w:rsidR="00A858D5" w:rsidRPr="00F26D38" w:rsidRDefault="00A858D5" w:rsidP="00A858D5">
      <w:pPr>
        <w:jc w:val="both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</w:r>
      <w:r w:rsidRPr="00F26D38">
        <w:rPr>
          <w:sz w:val="18"/>
          <w:szCs w:val="18"/>
          <w:lang w:val="lt-LT"/>
        </w:rPr>
        <w:tab/>
        <w:t xml:space="preserve">                                   </w:t>
      </w:r>
      <w:r w:rsidRPr="00F26D38">
        <w:rPr>
          <w:sz w:val="18"/>
          <w:szCs w:val="18"/>
          <w:lang w:val="lt-L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</w:tblGrid>
      <w:tr w:rsidR="00A858D5" w:rsidRPr="00F26D38" w14:paraId="16D897CC" w14:textId="77777777" w:rsidTr="00410132"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3DC7035B" w14:textId="77777777" w:rsidR="00A858D5" w:rsidRPr="00F26D38" w:rsidRDefault="00A858D5" w:rsidP="00410132">
            <w:pPr>
              <w:rPr>
                <w:sz w:val="18"/>
                <w:szCs w:val="18"/>
                <w:lang w:val="lt-LT"/>
              </w:rPr>
            </w:pPr>
          </w:p>
        </w:tc>
      </w:tr>
    </w:tbl>
    <w:p w14:paraId="0E442981" w14:textId="77777777" w:rsidR="00A858D5" w:rsidRPr="00F26D38" w:rsidRDefault="00A858D5" w:rsidP="00A858D5">
      <w:pPr>
        <w:ind w:left="540"/>
        <w:rPr>
          <w:sz w:val="18"/>
          <w:szCs w:val="18"/>
          <w:lang w:val="lt-LT"/>
        </w:rPr>
      </w:pPr>
      <w:r w:rsidRPr="00F26D38">
        <w:rPr>
          <w:sz w:val="18"/>
          <w:szCs w:val="18"/>
          <w:lang w:val="lt-LT"/>
        </w:rPr>
        <w:t xml:space="preserve">       (data)</w:t>
      </w:r>
    </w:p>
    <w:p w14:paraId="67F8FCC6" w14:textId="77777777" w:rsidR="00A858D5" w:rsidRPr="00F26D38" w:rsidRDefault="00A858D5" w:rsidP="00A858D5">
      <w:pPr>
        <w:ind w:left="540"/>
        <w:rPr>
          <w:lang w:val="lt-LT"/>
        </w:rPr>
      </w:pPr>
    </w:p>
    <w:p w14:paraId="4A90CDCD" w14:textId="2363FF95" w:rsidR="00502445" w:rsidRPr="00F26D38" w:rsidRDefault="00502445" w:rsidP="004E5F89">
      <w:pPr>
        <w:rPr>
          <w:rFonts w:asciiTheme="majorBidi" w:hAnsiTheme="majorBidi" w:cstheme="majorBidi"/>
          <w:sz w:val="24"/>
          <w:szCs w:val="24"/>
          <w:lang w:val="lt-LT"/>
        </w:rPr>
      </w:pPr>
    </w:p>
    <w:sectPr w:rsidR="00502445" w:rsidRPr="00F26D38" w:rsidSect="0048298C">
      <w:pgSz w:w="12240" w:h="15840"/>
      <w:pgMar w:top="1134" w:right="616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BB27EC"/>
    <w:multiLevelType w:val="hybridMultilevel"/>
    <w:tmpl w:val="9DFEAB24"/>
    <w:lvl w:ilvl="0" w:tplc="C6F2E4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BA0A6D"/>
    <w:multiLevelType w:val="hybridMultilevel"/>
    <w:tmpl w:val="2E96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2A5227"/>
    <w:multiLevelType w:val="hybridMultilevel"/>
    <w:tmpl w:val="4B847E34"/>
    <w:lvl w:ilvl="0" w:tplc="DA463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08A"/>
    <w:rsid w:val="0003063B"/>
    <w:rsid w:val="00032E18"/>
    <w:rsid w:val="00034616"/>
    <w:rsid w:val="0006063C"/>
    <w:rsid w:val="0015074B"/>
    <w:rsid w:val="001968CE"/>
    <w:rsid w:val="001D0F04"/>
    <w:rsid w:val="00200B3C"/>
    <w:rsid w:val="002152AB"/>
    <w:rsid w:val="0029639D"/>
    <w:rsid w:val="00326F90"/>
    <w:rsid w:val="00373942"/>
    <w:rsid w:val="00467654"/>
    <w:rsid w:val="00481505"/>
    <w:rsid w:val="0048298C"/>
    <w:rsid w:val="004E5F89"/>
    <w:rsid w:val="00502445"/>
    <w:rsid w:val="005E6399"/>
    <w:rsid w:val="00655A82"/>
    <w:rsid w:val="0068512C"/>
    <w:rsid w:val="00701F87"/>
    <w:rsid w:val="00701F8F"/>
    <w:rsid w:val="0073482B"/>
    <w:rsid w:val="0082544A"/>
    <w:rsid w:val="00920A92"/>
    <w:rsid w:val="009357BC"/>
    <w:rsid w:val="00A43334"/>
    <w:rsid w:val="00A858D5"/>
    <w:rsid w:val="00AA1D8D"/>
    <w:rsid w:val="00AF59A5"/>
    <w:rsid w:val="00B15C3E"/>
    <w:rsid w:val="00B47730"/>
    <w:rsid w:val="00BD5AD5"/>
    <w:rsid w:val="00BF3550"/>
    <w:rsid w:val="00C8731F"/>
    <w:rsid w:val="00CB0664"/>
    <w:rsid w:val="00CE6DAD"/>
    <w:rsid w:val="00DD1B3C"/>
    <w:rsid w:val="00EE48A6"/>
    <w:rsid w:val="00EF48A5"/>
    <w:rsid w:val="00F26D38"/>
    <w:rsid w:val="00F946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6DDD6"/>
  <w14:defaultImageDpi w14:val="300"/>
  <w15:docId w15:val="{295A60EB-073C-4BC8-9F02-93540C95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200" w:after="12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8298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82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803C9E-3455-4234-8480-C5C700FB7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8070</Words>
  <Characters>4600</Characters>
  <Application>Microsoft Office Word</Application>
  <DocSecurity>0</DocSecurity>
  <Lines>38</Lines>
  <Paragraphs>25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Mokykla</cp:lastModifiedBy>
  <cp:revision>2</cp:revision>
  <cp:lastPrinted>2026-10-05T13:14:00Z</cp:lastPrinted>
  <dcterms:created xsi:type="dcterms:W3CDTF">2026-10-05T13:16:00Z</dcterms:created>
  <dcterms:modified xsi:type="dcterms:W3CDTF">2026-10-05T13:16:00Z</dcterms:modified>
  <cp:category/>
</cp:coreProperties>
</file>